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b/>
          <w:color w:val="24465C"/>
          <w:sz w:val="44"/>
        </w:rPr>
        <w:t>CLIENT INTAKE FORM</w:t>
      </w:r>
    </w:p>
    <w:p>
      <w:pPr>
        <w:spacing w:after="200"/>
        <w:jc w:val="center"/>
      </w:pPr>
      <w:r>
        <w:rPr>
          <w:color w:val="5B6570"/>
          <w:sz w:val="18"/>
        </w:rPr>
        <w:t>Confidential • Please complete as fully as you are comfortable</w:t>
      </w:r>
    </w:p>
    <w:tbl>
      <w:tblPr>
        <w:tblW w:type="auto" w:w="0"/>
        <w:jc w:val="center"/>
        <w:tblLayout w:type="fixed"/>
        <w:tblLook w:firstColumn="1" w:firstRow="1" w:lastColumn="0" w:lastRow="0" w:noHBand="0" w:noVBand="1" w:val="04A0"/>
      </w:tblPr>
      <w:tblGrid>
        <w:gridCol w:w="5184"/>
        <w:gridCol w:w="5184"/>
      </w:tblGrid>
      <w:tr>
        <w:tc>
          <w:tcPr>
            <w:tcW w:type="dxa" w:w="5040"/>
            <w:shd w:fill="F7F9F8"/>
            <w:tcBorders>
              <w:top w:val="single" w:sz="6" w:color="C7D3D0"/>
              <w:left w:val="single" w:sz="6" w:color="C7D3D0"/>
              <w:bottom w:val="single" w:sz="6" w:color="C7D3D0"/>
              <w:right w:val="single" w:sz="6" w:color="C7D3D0"/>
              <w:insideH w:val="single" w:sz="6" w:color="C7D3D0"/>
              <w:insideV w:val="single" w:sz="6" w:color="C7D3D0"/>
            </w:tcBorders>
            <w:tcMar>
              <w:top w:w="80" w:type="dxa"/>
              <w:start w:w="100" w:type="dxa"/>
              <w:bottom w:w="80" w:type="dxa"/>
              <w:end w:w="100" w:type="dxa"/>
            </w:tcMar>
          </w:tcPr>
          <w:p>
            <w:r>
              <w:rPr>
                <w:b/>
                <w:color w:val="5B6570"/>
                <w:sz w:val="17"/>
              </w:rPr>
              <w:t>Client Name</w:t>
              <w:br/>
            </w:r>
            <w:sdt>
              <w:sdtPr>
                <w:alias w:val="CLIENT_NAME"/>
                <w:tag w:val="CLIENT_NAME"/>
                <w:text/>
              </w:sdtPr>
              <w:sdtContent>
                <w:r>
                  <w:t xml:space="preserve"> </w:t>
                </w:r>
              </w:sdtContent>
            </w:sdt>
          </w:p>
        </w:tc>
        <w:tc>
          <w:tcPr>
            <w:tcW w:type="dxa" w:w="5040"/>
            <w:shd w:fill="F7F9F8"/>
            <w:tcBorders>
              <w:top w:val="single" w:sz="6" w:color="C7D3D0"/>
              <w:left w:val="single" w:sz="6" w:color="C7D3D0"/>
              <w:bottom w:val="single" w:sz="6" w:color="C7D3D0"/>
              <w:right w:val="single" w:sz="6" w:color="C7D3D0"/>
              <w:insideH w:val="single" w:sz="6" w:color="C7D3D0"/>
              <w:insideV w:val="single" w:sz="6" w:color="C7D3D0"/>
            </w:tcBorders>
            <w:tcMar>
              <w:top w:w="80" w:type="dxa"/>
              <w:start w:w="100" w:type="dxa"/>
              <w:bottom w:w="80" w:type="dxa"/>
              <w:end w:w="100" w:type="dxa"/>
            </w:tcMar>
          </w:tcPr>
          <w:p>
            <w:r>
              <w:rPr>
                <w:b/>
                <w:color w:val="5B6570"/>
                <w:sz w:val="17"/>
              </w:rPr>
              <w:t>Date of Intake</w:t>
              <w:br/>
            </w:r>
            <w:sdt>
              <w:sdtPr>
                <w:alias w:val="INTAKE_DATE"/>
                <w:tag w:val="INTAKE_DATE"/>
                <w:text/>
              </w:sdtPr>
              <w:sdtContent>
                <w:r>
                  <w:t xml:space="preserve"> </w:t>
                </w:r>
              </w:sdtContent>
            </w:sdt>
          </w:p>
        </w:tc>
      </w:tr>
      <w:tr>
        <w:tc>
          <w:tcPr>
            <w:tcW w:type="dxa" w:w="5040"/>
            <w:shd w:fill="F7F9F8"/>
            <w:tcBorders>
              <w:top w:val="single" w:sz="6" w:color="C7D3D0"/>
              <w:left w:val="single" w:sz="6" w:color="C7D3D0"/>
              <w:bottom w:val="single" w:sz="6" w:color="C7D3D0"/>
              <w:right w:val="single" w:sz="6" w:color="C7D3D0"/>
              <w:insideH w:val="single" w:sz="6" w:color="C7D3D0"/>
              <w:insideV w:val="single" w:sz="6" w:color="C7D3D0"/>
            </w:tcBorders>
            <w:tcMar>
              <w:top w:w="80" w:type="dxa"/>
              <w:start w:w="100" w:type="dxa"/>
              <w:bottom w:w="80" w:type="dxa"/>
              <w:end w:w="100" w:type="dxa"/>
            </w:tcMar>
          </w:tcPr>
          <w:p>
            <w:r>
              <w:rPr>
                <w:b/>
                <w:color w:val="5B6570"/>
                <w:sz w:val="17"/>
              </w:rPr>
              <w:t>Date of Birth</w:t>
              <w:br/>
            </w:r>
            <w:sdt>
              <w:sdtPr>
                <w:alias w:val="DOB"/>
                <w:tag w:val="DOB"/>
                <w:text/>
              </w:sdtPr>
              <w:sdtContent>
                <w:r>
                  <w:t xml:space="preserve"> </w:t>
                </w:r>
              </w:sdtContent>
            </w:sdt>
          </w:p>
        </w:tc>
        <w:tc>
          <w:tcPr>
            <w:tcW w:type="dxa" w:w="5040"/>
            <w:shd w:fill="F7F9F8"/>
            <w:tcBorders>
              <w:top w:val="single" w:sz="6" w:color="C7D3D0"/>
              <w:left w:val="single" w:sz="6" w:color="C7D3D0"/>
              <w:bottom w:val="single" w:sz="6" w:color="C7D3D0"/>
              <w:right w:val="single" w:sz="6" w:color="C7D3D0"/>
              <w:insideH w:val="single" w:sz="6" w:color="C7D3D0"/>
              <w:insideV w:val="single" w:sz="6" w:color="C7D3D0"/>
            </w:tcBorders>
            <w:tcMar>
              <w:top w:w="80" w:type="dxa"/>
              <w:start w:w="100" w:type="dxa"/>
              <w:bottom w:w="80" w:type="dxa"/>
              <w:end w:w="100" w:type="dxa"/>
            </w:tcMar>
          </w:tcPr>
          <w:p>
            <w:r>
              <w:rPr>
                <w:b/>
                <w:color w:val="5B6570"/>
                <w:sz w:val="17"/>
              </w:rPr>
              <w:t>Phone Number</w:t>
              <w:br/>
            </w:r>
            <w:sdt>
              <w:sdtPr>
                <w:alias w:val="PHONE"/>
                <w:tag w:val="PHONE"/>
                <w:text/>
              </w:sdtPr>
              <w:sdtContent>
                <w:r>
                  <w:t xml:space="preserve"> </w:t>
                </w:r>
              </w:sdtContent>
            </w:sdt>
          </w:p>
        </w:tc>
      </w:tr>
      <w:tr>
        <w:tc>
          <w:tcPr>
            <w:tcW w:type="dxa" w:w="5040"/>
            <w:shd w:fill="F7F9F8"/>
            <w:tcBorders>
              <w:top w:val="single" w:sz="6" w:color="C7D3D0"/>
              <w:left w:val="single" w:sz="6" w:color="C7D3D0"/>
              <w:bottom w:val="single" w:sz="6" w:color="C7D3D0"/>
              <w:right w:val="single" w:sz="6" w:color="C7D3D0"/>
              <w:insideH w:val="single" w:sz="6" w:color="C7D3D0"/>
              <w:insideV w:val="single" w:sz="6" w:color="C7D3D0"/>
            </w:tcBorders>
            <w:tcMar>
              <w:top w:w="80" w:type="dxa"/>
              <w:start w:w="100" w:type="dxa"/>
              <w:bottom w:w="80" w:type="dxa"/>
              <w:end w:w="100" w:type="dxa"/>
            </w:tcMar>
          </w:tcPr>
          <w:p>
            <w:r>
              <w:rPr>
                <w:b/>
                <w:color w:val="5B6570"/>
                <w:sz w:val="17"/>
              </w:rPr>
              <w:t>E-Mail Address</w:t>
              <w:br/>
            </w:r>
            <w:sdt>
              <w:sdtPr>
                <w:alias w:val="EMAIL"/>
                <w:tag w:val="EMAIL"/>
                <w:text/>
              </w:sdtPr>
              <w:sdtContent>
                <w:r>
                  <w:t xml:space="preserve"> </w:t>
                </w:r>
              </w:sdtContent>
            </w:sdt>
          </w:p>
        </w:tc>
        <w:tc>
          <w:tcPr>
            <w:tcW w:type="dxa" w:w="5184"/>
          </w:tcPr>
          <w:p/>
        </w:tc>
      </w:tr>
    </w:tbl>
    <w:p>
      <w:pPr>
        <w:spacing w:before="180" w:after="100"/>
        <w:shd w:fill="EEF4F3"/>
      </w:pPr>
      <w:r>
        <w:rPr>
          <w:b/>
          <w:color w:val="24465C"/>
          <w:sz w:val="28"/>
        </w:rPr>
        <w:t>Emergency Contact</w:t>
      </w:r>
    </w:p>
    <w:tbl>
      <w:tblPr>
        <w:tblW w:type="auto" w:w="0"/>
        <w:jc w:val="center"/>
        <w:tblLayout w:type="fixed"/>
        <w:tblLook w:firstColumn="1" w:firstRow="1" w:lastColumn="0" w:lastRow="0" w:noHBand="0" w:noVBand="1" w:val="04A0"/>
      </w:tblPr>
      <w:tblGrid>
        <w:gridCol w:w="5184"/>
        <w:gridCol w:w="5184"/>
      </w:tblGrid>
      <w:tr>
        <w:tc>
          <w:tcPr>
            <w:tcW w:type="dxa" w:w="5040"/>
            <w:shd w:fill="F7F9F8"/>
            <w:tcBorders>
              <w:top w:val="single" w:sz="6" w:color="C7D3D0"/>
              <w:left w:val="single" w:sz="6" w:color="C7D3D0"/>
              <w:bottom w:val="single" w:sz="6" w:color="C7D3D0"/>
              <w:right w:val="single" w:sz="6" w:color="C7D3D0"/>
              <w:insideH w:val="single" w:sz="6" w:color="C7D3D0"/>
              <w:insideV w:val="single" w:sz="6" w:color="C7D3D0"/>
            </w:tcBorders>
            <w:tcMar>
              <w:top w:w="80" w:type="dxa"/>
              <w:start w:w="100" w:type="dxa"/>
              <w:bottom w:w="80" w:type="dxa"/>
              <w:end w:w="100" w:type="dxa"/>
            </w:tcMar>
          </w:tcPr>
          <w:p>
            <w:r>
              <w:rPr>
                <w:b/>
                <w:color w:val="5B6570"/>
                <w:sz w:val="17"/>
              </w:rPr>
              <w:t>Name</w:t>
              <w:br/>
            </w:r>
            <w:sdt>
              <w:sdtPr>
                <w:alias w:val="EC_NAME"/>
                <w:tag w:val="EC_NAME"/>
                <w:text/>
              </w:sdtPr>
              <w:sdtContent>
                <w:r>
                  <w:t xml:space="preserve"> </w:t>
                </w:r>
              </w:sdtContent>
            </w:sdt>
          </w:p>
        </w:tc>
        <w:tc>
          <w:tcPr>
            <w:tcW w:type="dxa" w:w="5040"/>
            <w:shd w:fill="F7F9F8"/>
            <w:tcBorders>
              <w:top w:val="single" w:sz="6" w:color="C7D3D0"/>
              <w:left w:val="single" w:sz="6" w:color="C7D3D0"/>
              <w:bottom w:val="single" w:sz="6" w:color="C7D3D0"/>
              <w:right w:val="single" w:sz="6" w:color="C7D3D0"/>
              <w:insideH w:val="single" w:sz="6" w:color="C7D3D0"/>
              <w:insideV w:val="single" w:sz="6" w:color="C7D3D0"/>
            </w:tcBorders>
            <w:tcMar>
              <w:top w:w="80" w:type="dxa"/>
              <w:start w:w="100" w:type="dxa"/>
              <w:bottom w:w="80" w:type="dxa"/>
              <w:end w:w="100" w:type="dxa"/>
            </w:tcMar>
          </w:tcPr>
          <w:p>
            <w:r>
              <w:rPr>
                <w:b/>
                <w:color w:val="5B6570"/>
                <w:sz w:val="17"/>
              </w:rPr>
              <w:t>Relationship</w:t>
              <w:br/>
            </w:r>
            <w:sdt>
              <w:sdtPr>
                <w:alias w:val="EC_RELATION"/>
                <w:tag w:val="EC_RELATION"/>
                <w:text/>
              </w:sdtPr>
              <w:sdtContent>
                <w:r>
                  <w:t xml:space="preserve"> </w:t>
                </w:r>
              </w:sdtContent>
            </w:sdt>
          </w:p>
        </w:tc>
      </w:tr>
      <w:tr>
        <w:tc>
          <w:tcPr>
            <w:tcW w:type="dxa" w:w="5040"/>
            <w:shd w:fill="F7F9F8"/>
            <w:tcBorders>
              <w:top w:val="single" w:sz="6" w:color="C7D3D0"/>
              <w:left w:val="single" w:sz="6" w:color="C7D3D0"/>
              <w:bottom w:val="single" w:sz="6" w:color="C7D3D0"/>
              <w:right w:val="single" w:sz="6" w:color="C7D3D0"/>
              <w:insideH w:val="single" w:sz="6" w:color="C7D3D0"/>
              <w:insideV w:val="single" w:sz="6" w:color="C7D3D0"/>
            </w:tcBorders>
            <w:tcMar>
              <w:top w:w="80" w:type="dxa"/>
              <w:start w:w="100" w:type="dxa"/>
              <w:bottom w:w="80" w:type="dxa"/>
              <w:end w:w="100" w:type="dxa"/>
            </w:tcMar>
          </w:tcPr>
          <w:p>
            <w:r>
              <w:rPr>
                <w:b/>
                <w:color w:val="5B6570"/>
                <w:sz w:val="17"/>
              </w:rPr>
              <w:t>Phone Number</w:t>
              <w:br/>
            </w:r>
            <w:sdt>
              <w:sdtPr>
                <w:alias w:val="EC_PHONE"/>
                <w:tag w:val="EC_PHONE"/>
                <w:text/>
              </w:sdtPr>
              <w:sdtContent>
                <w:r>
                  <w:t xml:space="preserve"> </w:t>
                </w:r>
              </w:sdtContent>
            </w:sdt>
          </w:p>
        </w:tc>
        <w:tc>
          <w:tcPr>
            <w:tcW w:type="dxa" w:w="5040"/>
            <w:shd w:fill="F7F9F8"/>
            <w:tcBorders>
              <w:top w:val="single" w:sz="6" w:color="C7D3D0"/>
              <w:left w:val="single" w:sz="6" w:color="C7D3D0"/>
              <w:bottom w:val="single" w:sz="6" w:color="C7D3D0"/>
              <w:right w:val="single" w:sz="6" w:color="C7D3D0"/>
              <w:insideH w:val="single" w:sz="6" w:color="C7D3D0"/>
              <w:insideV w:val="single" w:sz="6" w:color="C7D3D0"/>
            </w:tcBorders>
            <w:tcMar>
              <w:top w:w="80" w:type="dxa"/>
              <w:start w:w="100" w:type="dxa"/>
              <w:bottom w:w="80" w:type="dxa"/>
              <w:end w:w="100" w:type="dxa"/>
            </w:tcMar>
          </w:tcPr>
          <w:p>
            <w:r>
              <w:rPr>
                <w:b/>
                <w:color w:val="5B6570"/>
                <w:sz w:val="17"/>
              </w:rPr>
              <w:t>Email</w:t>
              <w:br/>
            </w:r>
            <w:sdt>
              <w:sdtPr>
                <w:alias w:val="EC_EMAIL"/>
                <w:tag w:val="EC_EMAIL"/>
                <w:text/>
              </w:sdtPr>
              <w:sdtContent>
                <w:r>
                  <w:t xml:space="preserve"> </w:t>
                </w:r>
              </w:sdtContent>
            </w:sdt>
          </w:p>
        </w:tc>
      </w:tr>
    </w:tbl>
    <w:p>
      <w:pPr>
        <w:spacing w:before="100"/>
      </w:pPr>
      <w:r>
        <w:rPr>
          <w:b/>
          <w:color w:val="A43A3A"/>
        </w:rPr>
        <w:t>Important screening questions are shown in red.</w:t>
      </w:r>
    </w:p>
    <w:p>
      <w:pPr>
        <w:spacing w:before="180" w:after="100"/>
        <w:shd w:fill="EEF4F3"/>
      </w:pPr>
      <w:r>
        <w:rPr>
          <w:b/>
          <w:color w:val="24465C"/>
          <w:sz w:val="28"/>
        </w:rPr>
        <w:t>Presenting Issues</w:t>
      </w:r>
    </w:p>
    <w:p>
      <w:pPr>
        <w:spacing w:before="80" w:after="40"/>
      </w:pPr>
      <w:r>
        <w:rPr>
          <w:b/>
          <w:sz w:val="19"/>
        </w:rPr>
        <w:t>1. Briefly describe the reason(s) you are seeking treatment at this time.</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1"/>
                <w:tag w:val="Q1"/>
                <w:text w:multiLine="1"/>
              </w:sdtPr>
              <w:sdtContent>
                <w:r>
                  <w:t xml:space="preserve"> </w:t>
                </w:r>
              </w:sdtContent>
            </w:sdt>
            <w:r>
              <w:br/>
              <w:t xml:space="preserve"> </w:t>
            </w:r>
            <w:r>
              <w:br/>
              <w:t xml:space="preserve"> </w:t>
            </w:r>
          </w:p>
        </w:tc>
      </w:tr>
    </w:tbl>
    <w:p>
      <w:pPr>
        <w:spacing w:before="80" w:after="40"/>
      </w:pPr>
      <w:r>
        <w:rPr>
          <w:b/>
          <w:sz w:val="19"/>
        </w:rPr>
        <w:t>2. Can you describe your support network of family/friends for your treatment?</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2"/>
                <w:tag w:val="Q2"/>
                <w:text w:multiLine="1"/>
              </w:sdtPr>
              <w:sdtContent>
                <w:r>
                  <w:t xml:space="preserve"> </w:t>
                </w:r>
              </w:sdtContent>
            </w:sdt>
            <w:r>
              <w:br/>
              <w:t xml:space="preserve"> </w:t>
            </w:r>
          </w:p>
        </w:tc>
      </w:tr>
    </w:tbl>
    <w:p>
      <w:pPr>
        <w:spacing w:before="180" w:after="100"/>
        <w:shd w:fill="EEF4F3"/>
      </w:pPr>
      <w:r>
        <w:rPr>
          <w:b/>
          <w:color w:val="24465C"/>
          <w:sz w:val="28"/>
        </w:rPr>
        <w:t>Current Life Situation</w:t>
      </w:r>
    </w:p>
    <w:p>
      <w:pPr>
        <w:spacing w:before="80" w:after="40"/>
      </w:pPr>
      <w:r>
        <w:rPr>
          <w:b/>
          <w:sz w:val="19"/>
        </w:rPr>
        <w:t>3. What is your current relationship/marital status?</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3"/>
                <w:tag w:val="Q3"/>
                <w:text w:multiLine="1"/>
              </w:sdtPr>
              <w:sdtContent>
                <w:r>
                  <w:t xml:space="preserve"> </w:t>
                </w:r>
              </w:sdtContent>
            </w:sdt>
          </w:p>
        </w:tc>
      </w:tr>
    </w:tbl>
    <w:p>
      <w:pPr>
        <w:spacing w:before="80" w:after="40"/>
      </w:pPr>
      <w:r>
        <w:rPr>
          <w:b/>
          <w:sz w:val="19"/>
        </w:rPr>
        <w:t>4. Do you have children? Do your children live with you full time? Do you live alone?</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4"/>
                <w:tag w:val="Q4"/>
                <w:text w:multiLine="1"/>
              </w:sdtPr>
              <w:sdtContent>
                <w:r>
                  <w:t xml:space="preserve"> </w:t>
                </w:r>
              </w:sdtContent>
            </w:sdt>
            <w:r>
              <w:br/>
              <w:t xml:space="preserve"> </w:t>
            </w:r>
          </w:p>
        </w:tc>
      </w:tr>
    </w:tbl>
    <w:p>
      <w:pPr>
        <w:spacing w:before="80" w:after="40"/>
      </w:pPr>
      <w:r>
        <w:rPr>
          <w:b/>
          <w:sz w:val="19"/>
        </w:rPr>
        <w:t>5. Are you currently employed, in school or retired?</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5"/>
                <w:tag w:val="Q5"/>
                <w:text w:multiLine="1"/>
              </w:sdtPr>
              <w:sdtContent>
                <w:r>
                  <w:t xml:space="preserve"> </w:t>
                </w:r>
              </w:sdtContent>
            </w:sdt>
          </w:p>
        </w:tc>
      </w:tr>
    </w:tbl>
    <w:p>
      <w:pPr>
        <w:spacing w:before="80" w:after="40"/>
      </w:pPr>
      <w:r>
        <w:rPr>
          <w:b/>
          <w:sz w:val="19"/>
        </w:rPr>
        <w:t>6. Do you enjoy what you do? Is there anything stressful about it?</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6"/>
                <w:tag w:val="Q6"/>
                <w:text w:multiLine="1"/>
              </w:sdtPr>
              <w:sdtContent>
                <w:r>
                  <w:t xml:space="preserve"> </w:t>
                </w:r>
              </w:sdtContent>
            </w:sdt>
            <w:r>
              <w:br/>
              <w:t xml:space="preserve"> </w:t>
            </w:r>
          </w:p>
        </w:tc>
      </w:tr>
    </w:tbl>
    <w:p>
      <w:pPr>
        <w:spacing w:before="80" w:after="40"/>
      </w:pPr>
      <w:r>
        <w:rPr>
          <w:b/>
          <w:sz w:val="19"/>
        </w:rPr>
        <w:t>7. Do you consider yourself to be spiritual/religious? If so, describe your faith or belief.</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7"/>
                <w:tag w:val="Q7"/>
                <w:text w:multiLine="1"/>
              </w:sdtPr>
              <w:sdtContent>
                <w:r>
                  <w:t xml:space="preserve"> </w:t>
                </w:r>
              </w:sdtContent>
            </w:sdt>
            <w:r>
              <w:br/>
              <w:t xml:space="preserve"> </w:t>
            </w:r>
          </w:p>
        </w:tc>
      </w:tr>
    </w:tbl>
    <w:p>
      <w:pPr>
        <w:spacing w:before="80" w:after="40"/>
      </w:pPr>
      <w:r>
        <w:rPr>
          <w:b/>
          <w:sz w:val="19"/>
        </w:rPr>
        <w:t>8. What do you consider to be your strengths / weaknesses? What effective coping strategies do you use?</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8"/>
                <w:tag w:val="Q8"/>
                <w:text w:multiLine="1"/>
              </w:sdtPr>
              <w:sdtContent>
                <w:r>
                  <w:t xml:space="preserve"> </w:t>
                </w:r>
              </w:sdtContent>
            </w:sdt>
            <w:r>
              <w:br/>
              <w:t xml:space="preserve"> </w:t>
            </w:r>
            <w:r>
              <w:br/>
              <w:t xml:space="preserve"> </w:t>
            </w:r>
          </w:p>
        </w:tc>
      </w:tr>
    </w:tbl>
    <w:p>
      <w:pPr>
        <w:spacing w:before="80" w:after="40"/>
      </w:pPr>
      <w:r>
        <w:rPr>
          <w:b/>
          <w:sz w:val="19"/>
        </w:rPr>
        <w:t>9. How would other people describe your strengths and weaknesses or personality patterns?</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9"/>
                <w:tag w:val="Q9"/>
                <w:text w:multiLine="1"/>
              </w:sdtPr>
              <w:sdtContent>
                <w:r>
                  <w:t xml:space="preserve"> </w:t>
                </w:r>
              </w:sdtContent>
            </w:sdt>
            <w:r>
              <w:br/>
              <w:t xml:space="preserve"> </w:t>
            </w:r>
          </w:p>
        </w:tc>
      </w:tr>
    </w:tbl>
    <w:p>
      <w:pPr>
        <w:spacing w:before="80" w:after="40"/>
      </w:pPr>
      <w:r>
        <w:rPr>
          <w:b/>
          <w:sz w:val="19"/>
        </w:rPr>
        <w:t>10. Please list any significant life changes or stressful events you have experienced recently in the past 5 years (jobs, marital, children, pregnancy, abortion, relationship, legal, financial, health, housing, losses, abuse, addiction).</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10"/>
                <w:tag w:val="Q10"/>
                <w:text w:multiLine="1"/>
              </w:sdtPr>
              <w:sdtContent>
                <w:r>
                  <w:t xml:space="preserve"> </w:t>
                </w:r>
              </w:sdtContent>
            </w:sdt>
            <w:r>
              <w:br/>
              <w:t xml:space="preserve"> </w:t>
            </w:r>
            <w:r>
              <w:br/>
              <w:t xml:space="preserve"> </w:t>
            </w:r>
          </w:p>
        </w:tc>
      </w:tr>
    </w:tbl>
    <w:p>
      <w:pPr>
        <w:spacing w:before="180" w:after="100"/>
        <w:shd w:fill="EEF4F3"/>
      </w:pPr>
      <w:r>
        <w:rPr>
          <w:b/>
          <w:color w:val="24465C"/>
          <w:sz w:val="28"/>
        </w:rPr>
        <w:t>Life History, Trauma &amp; Mental Health</w:t>
      </w:r>
    </w:p>
    <w:p>
      <w:pPr>
        <w:spacing w:before="80" w:after="40"/>
      </w:pPr>
      <w:r>
        <w:rPr>
          <w:b/>
          <w:color w:val="A43A3A"/>
          <w:sz w:val="19"/>
        </w:rPr>
        <w:t>11. Trauma comes in all shapes and sizes. There are big traumas and little traumas. You might not think of yourself as having trauma, so for you, let's call them challenges, pains or heart-aches.</w:t>
        <w:br/>
        <w:br/>
        <w:t>Please go through your life year by year, starting at birth to the present day. You can ask caregivers or family members to help with what you cannot remember, such as your mother's pregnancy or birth experience. Have you experienced trauma, challenges or pains? Please explain in detail.</w:t>
        <w:br/>
        <w:br/>
        <w:t>Have you done any therapy? Are you currently seeing a therapist or psychiatrist? Have you ever been hospitalized for any psychiatric condition?</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11"/>
                <w:tag w:val="Q11"/>
                <w:text w:multiLine="1"/>
              </w:sdtPr>
              <w:sdtContent>
                <w:r>
                  <w:t xml:space="preserve"> </w:t>
                </w:r>
              </w:sdtContent>
            </w:sdt>
            <w:r>
              <w:br/>
              <w:t xml:space="preserve"> </w:t>
            </w:r>
            <w:r>
              <w:br/>
              <w:t xml:space="preserve"> </w:t>
            </w:r>
            <w:r>
              <w:br/>
              <w:t xml:space="preserve"> </w:t>
            </w:r>
            <w:r>
              <w:br/>
              <w:t xml:space="preserve"> </w:t>
            </w:r>
            <w:r>
              <w:br/>
              <w:t xml:space="preserve"> </w:t>
            </w:r>
            <w:r>
              <w:br/>
              <w:t xml:space="preserve"> </w:t>
            </w:r>
          </w:p>
        </w:tc>
      </w:tr>
    </w:tbl>
    <w:p>
      <w:pPr>
        <w:spacing w:before="80" w:after="40"/>
      </w:pPr>
      <w:r>
        <w:rPr>
          <w:b/>
          <w:sz w:val="19"/>
        </w:rPr>
        <w:t>12. What significant losses have you experienced in the past (for example: death, relationship, culture, health, pregnancy-related losses)? Please include anything not already covered above.</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12"/>
                <w:tag w:val="Q12"/>
                <w:text w:multiLine="1"/>
              </w:sdtPr>
              <w:sdtContent>
                <w:r>
                  <w:t xml:space="preserve"> </w:t>
                </w:r>
              </w:sdtContent>
            </w:sdt>
            <w:r>
              <w:br/>
              <w:t xml:space="preserve"> </w:t>
            </w:r>
            <w:r>
              <w:br/>
              <w:t xml:space="preserve"> </w:t>
            </w:r>
          </w:p>
        </w:tc>
      </w:tr>
    </w:tbl>
    <w:p>
      <w:pPr>
        <w:spacing w:before="80" w:after="40"/>
      </w:pPr>
      <w:r>
        <w:rPr>
          <w:b/>
          <w:color w:val="A43A3A"/>
          <w:sz w:val="19"/>
        </w:rPr>
        <w:t>13. Does your extended family have a history of schizophrenia, psychosis, or bipolar disorder? Please expand in detail.</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13"/>
                <w:tag w:val="Q13"/>
                <w:text w:multiLine="1"/>
              </w:sdtPr>
              <w:sdtContent>
                <w:r>
                  <w:t xml:space="preserve"> </w:t>
                </w:r>
              </w:sdtContent>
            </w:sdt>
            <w:r>
              <w:br/>
              <w:t xml:space="preserve"> </w:t>
            </w:r>
            <w:r>
              <w:br/>
              <w:t xml:space="preserve"> </w:t>
            </w:r>
          </w:p>
        </w:tc>
      </w:tr>
    </w:tbl>
    <w:p>
      <w:pPr>
        <w:spacing w:before="180" w:after="100"/>
        <w:shd w:fill="EEF4F3"/>
      </w:pPr>
      <w:r>
        <w:rPr>
          <w:b/>
          <w:color w:val="24465C"/>
          <w:sz w:val="28"/>
        </w:rPr>
        <w:t>Risk Assessment</w:t>
      </w:r>
      <w:r>
        <w:rPr>
          <w:color w:val="5B6570"/>
          <w:sz w:val="17"/>
        </w:rPr>
        <w:br/>
        <w:t>Please answer these questions carefully.</w:t>
      </w:r>
    </w:p>
    <w:p>
      <w:pPr>
        <w:spacing w:before="80" w:after="40"/>
      </w:pPr>
      <w:r>
        <w:rPr>
          <w:b/>
          <w:color w:val="A43A3A"/>
          <w:sz w:val="19"/>
        </w:rPr>
        <w:t>14. Have you ever had thoughts or fantasies of ending your life or harming someone else? Please explain, including whether this is current or in the past.</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14"/>
                <w:tag w:val="Q14"/>
                <w:text w:multiLine="1"/>
              </w:sdtPr>
              <w:sdtContent>
                <w:r>
                  <w:t xml:space="preserve"> </w:t>
                </w:r>
              </w:sdtContent>
            </w:sdt>
            <w:r>
              <w:br/>
              <w:t xml:space="preserve"> </w:t>
            </w:r>
            <w:r>
              <w:br/>
              <w:t xml:space="preserve"> </w:t>
            </w:r>
          </w:p>
        </w:tc>
      </w:tr>
    </w:tbl>
    <w:p>
      <w:r>
        <w:rPr>
          <w:b/>
          <w:color w:val="A43A3A"/>
        </w:rPr>
        <w:t>15. Do you engage in any of the following forms of self-harm? Check all that apply and explain below.</w:t>
      </w:r>
    </w:p>
    <w:tbl>
      <w:tblPr>
        <w:tblW w:type="auto" w:w="0"/>
        <w:jc w:val="center"/>
        <w:tblLook w:firstColumn="1" w:firstRow="1" w:lastColumn="0" w:lastRow="0" w:noHBand="0" w:noVBand="1" w:val="04A0"/>
      </w:tblPr>
      <w:tblGrid>
        <w:gridCol w:w="5184"/>
        <w:gridCol w:w="5184"/>
      </w:tblGrid>
      <w:tr>
        <w:tc>
          <w:tcPr>
            <w:tcW w:type="dxa" w:w="5184"/>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557262249"/>
                <w:alias w:val="Checkbox 1"/>
                <w:tag w:val="CHECKBOX_1"/>
                <w14:checkbox>
                  <w14:checked w14:val="0"/>
                  <w14:checkedState w14:val="2612" w14:font="MS Gothic"/>
                  <w14:uncheckedState w14:val="2610" w14:font="MS Gothic"/>
                </w14:checkbox>
              </w:sdtPr>
              <w:sdtContent>
                <w:r>
                  <w:t>☐</w:t>
                </w:r>
              </w:sdtContent>
            </w:sdt>
            <w:r>
              <w:t> </w:t>
            </w:r>
            <w:r>
              <w:t>Cutting</w:t>
            </w:r>
          </w:p>
        </w:tc>
        <w:tc>
          <w:tcPr>
            <w:tcW w:type="dxa" w:w="5184"/>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829211364"/>
                <w:alias w:val="Checkbox 2"/>
                <w:tag w:val="CHECKBOX_2"/>
                <w14:checkbox>
                  <w14:checked w14:val="0"/>
                  <w14:checkedState w14:val="2612" w14:font="MS Gothic"/>
                  <w14:uncheckedState w14:val="2610" w14:font="MS Gothic"/>
                </w14:checkbox>
              </w:sdtPr>
              <w:sdtContent>
                <w:r>
                  <w:t>☐</w:t>
                </w:r>
              </w:sdtContent>
            </w:sdt>
            <w:r>
              <w:t> </w:t>
            </w:r>
            <w:r>
              <w:t>Scratching</w:t>
            </w:r>
          </w:p>
        </w:tc>
      </w:tr>
      <w:tr>
        <w:tc>
          <w:tcPr>
            <w:tcW w:type="dxa" w:w="5184"/>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934491882"/>
                <w:alias w:val="Checkbox 3"/>
                <w:tag w:val="CHECKBOX_3"/>
                <w14:checkbox>
                  <w14:checked w14:val="0"/>
                  <w14:checkedState w14:val="2612" w14:font="MS Gothic"/>
                  <w14:uncheckedState w14:val="2610" w14:font="MS Gothic"/>
                </w14:checkbox>
              </w:sdtPr>
              <w:sdtContent>
                <w:r>
                  <w:t>☐</w:t>
                </w:r>
              </w:sdtContent>
            </w:sdt>
            <w:r>
              <w:t> </w:t>
            </w:r>
            <w:r>
              <w:t>Picking</w:t>
            </w:r>
          </w:p>
        </w:tc>
        <w:tc>
          <w:tcPr>
            <w:tcW w:type="dxa" w:w="5184"/>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1810964978"/>
                <w:alias w:val="Checkbox 4"/>
                <w:tag w:val="CHECKBOX_4"/>
                <w14:checkbox>
                  <w14:checked w14:val="0"/>
                  <w14:checkedState w14:val="2612" w14:font="MS Gothic"/>
                  <w14:uncheckedState w14:val="2610" w14:font="MS Gothic"/>
                </w14:checkbox>
              </w:sdtPr>
              <w:sdtContent>
                <w:r>
                  <w:t>☐</w:t>
                </w:r>
              </w:sdtContent>
            </w:sdt>
            <w:r>
              <w:t> </w:t>
            </w:r>
            <w:r>
              <w:t>Biting (including nails)</w:t>
            </w:r>
          </w:p>
        </w:tc>
      </w:tr>
      <w:tr>
        <w:tc>
          <w:tcPr>
            <w:tcW w:type="dxa" w:w="5184"/>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397555978"/>
                <w:alias w:val="Checkbox 5"/>
                <w:tag w:val="CHECKBOX_5"/>
                <w14:checkbox>
                  <w14:checked w14:val="0"/>
                  <w14:checkedState w14:val="2612" w14:font="MS Gothic"/>
                  <w14:uncheckedState w14:val="2610" w14:font="MS Gothic"/>
                </w14:checkbox>
              </w:sdtPr>
              <w:sdtContent>
                <w:r>
                  <w:t>☐</w:t>
                </w:r>
              </w:sdtContent>
            </w:sdt>
            <w:r>
              <w:t> </w:t>
            </w:r>
            <w:r>
              <w:t>Scraping</w:t>
            </w:r>
          </w:p>
        </w:tc>
        <w:tc>
          <w:tcPr>
            <w:tcW w:type="dxa" w:w="5184"/>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543490475"/>
                <w:alias w:val="Checkbox 6"/>
                <w:tag w:val="CHECKBOX_6"/>
                <w14:checkbox>
                  <w14:checked w14:val="0"/>
                  <w14:checkedState w14:val="2612" w14:font="MS Gothic"/>
                  <w14:uncheckedState w14:val="2610" w14:font="MS Gothic"/>
                </w14:checkbox>
              </w:sdtPr>
              <w:sdtContent>
                <w:r>
                  <w:t>☐</w:t>
                </w:r>
              </w:sdtContent>
            </w:sdt>
            <w:r>
              <w:t> </w:t>
            </w:r>
            <w:r>
              <w:t>Tying ligatures</w:t>
            </w:r>
          </w:p>
        </w:tc>
      </w:tr>
      <w:tr>
        <w:tc>
          <w:tcPr>
            <w:tcW w:type="dxa" w:w="5184"/>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90096609"/>
                <w:alias w:val="Checkbox 7"/>
                <w:tag w:val="CHECKBOX_7"/>
                <w14:checkbox>
                  <w14:checked w14:val="0"/>
                  <w14:checkedState w14:val="2612" w14:font="MS Gothic"/>
                  <w14:uncheckedState w14:val="2610" w14:font="MS Gothic"/>
                </w14:checkbox>
              </w:sdtPr>
              <w:sdtContent>
                <w:r>
                  <w:t>☐</w:t>
                </w:r>
              </w:sdtContent>
            </w:sdt>
            <w:r>
              <w:t> </w:t>
            </w:r>
            <w:r>
              <w:t>Inserting sharp objects under the skin</w:t>
            </w:r>
          </w:p>
        </w:tc>
        <w:tc>
          <w:tcPr>
            <w:tcW w:type="dxa" w:w="5184"/>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75620557"/>
                <w:alias w:val="Checkbox 8"/>
                <w:tag w:val="CHECKBOX_8"/>
                <w14:checkbox>
                  <w14:checked w14:val="0"/>
                  <w14:checkedState w14:val="2612" w14:font="MS Gothic"/>
                  <w14:uncheckedState w14:val="2610" w14:font="MS Gothic"/>
                </w14:checkbox>
              </w:sdtPr>
              <w:sdtContent>
                <w:r>
                  <w:t>☐</w:t>
                </w:r>
              </w:sdtContent>
            </w:sdt>
            <w:r>
              <w:t> </w:t>
            </w:r>
            <w:r>
              <w:t>Scrubbing yourself hard to form abrasion</w:t>
            </w:r>
          </w:p>
        </w:tc>
      </w:tr>
      <w:tr>
        <w:tc>
          <w:tcPr>
            <w:tcW w:type="dxa" w:w="5184"/>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962719992"/>
                <w:alias w:val="Checkbox 9"/>
                <w:tag w:val="CHECKBOX_9"/>
                <w14:checkbox>
                  <w14:checked w14:val="0"/>
                  <w14:checkedState w14:val="2612" w14:font="MS Gothic"/>
                  <w14:uncheckedState w14:val="2610" w14:font="MS Gothic"/>
                </w14:checkbox>
              </w:sdtPr>
              <w:sdtContent>
                <w:r>
                  <w:t>☐</w:t>
                </w:r>
              </w:sdtContent>
            </w:sdt>
            <w:r>
              <w:t> </w:t>
            </w:r>
            <w:r>
              <w:t>Swallowing sharp objects/harmful substances</w:t>
            </w:r>
          </w:p>
        </w:tc>
        <w:tc>
          <w:tcPr>
            <w:tcW w:type="dxa" w:w="5184"/>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987426669"/>
                <w:alias w:val="Checkbox 10"/>
                <w:tag w:val="CHECKBOX_10"/>
                <w14:checkbox>
                  <w14:checked w14:val="0"/>
                  <w14:checkedState w14:val="2612" w14:font="MS Gothic"/>
                  <w14:uncheckedState w14:val="2610" w14:font="MS Gothic"/>
                </w14:checkbox>
              </w:sdtPr>
              <w:sdtContent>
                <w:r>
                  <w:t>☐</w:t>
                </w:r>
              </w:sdtContent>
            </w:sdt>
            <w:r>
              <w:t> </w:t>
            </w:r>
            <w:r>
              <w:t>Pulling out hair (including eyelashes)</w:t>
            </w:r>
          </w:p>
        </w:tc>
      </w:tr>
      <w:tr>
        <w:tc>
          <w:tcPr>
            <w:tcW w:type="dxa" w:w="5184"/>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338202548"/>
                <w:alias w:val="Checkbox 11"/>
                <w:tag w:val="CHECKBOX_11"/>
                <w14:checkbox>
                  <w14:checked w14:val="0"/>
                  <w14:checkedState w14:val="2612" w14:font="MS Gothic"/>
                  <w14:uncheckedState w14:val="2610" w14:font="MS Gothic"/>
                </w14:checkbox>
              </w:sdtPr>
              <w:sdtContent>
                <w:r>
                  <w:t>☐</w:t>
                </w:r>
              </w:sdtContent>
            </w:sdt>
            <w:r>
              <w:t> </w:t>
            </w:r>
            <w:r>
              <w:t>Other self-harming behaviour</w:t>
            </w:r>
          </w:p>
        </w:tc>
        <w:tc>
          <w:tcPr>
            <w:tcW w:type="dxa" w:w="5184"/>
          </w:tcPr>
          <w:p/>
        </w:tc>
      </w:tr>
    </w:tbl>
    <w:p>
      <w:pPr>
        <w:spacing w:before="80" w:after="40"/>
      </w:pPr>
      <w:r>
        <w:rPr>
          <w:b/>
          <w:color w:val="A43A3A"/>
          <w:sz w:val="19"/>
        </w:rPr>
        <w:t>15a. Please expand on any items checked above.</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15"/>
                <w:tag w:val="Q15"/>
                <w:text w:multiLine="1"/>
              </w:sdtPr>
              <w:sdtContent>
                <w:r>
                  <w:t xml:space="preserve"> </w:t>
                </w:r>
              </w:sdtContent>
            </w:sdt>
            <w:r>
              <w:br/>
              <w:t xml:space="preserve"> </w:t>
            </w:r>
            <w:r>
              <w:br/>
              <w:t xml:space="preserve"> </w:t>
            </w:r>
          </w:p>
        </w:tc>
      </w:tr>
    </w:tbl>
    <w:p>
      <w:pPr>
        <w:spacing w:before="80" w:after="40"/>
      </w:pPr>
      <w:r>
        <w:rPr>
          <w:b/>
          <w:color w:val="A43A3A"/>
          <w:sz w:val="19"/>
        </w:rPr>
        <w:t>16. Do you ever have hallucinations, paranoid thoughts, hear voices, or experience memory loss? Please explain.</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16"/>
                <w:tag w:val="Q16"/>
                <w:text w:multiLine="1"/>
              </w:sdtPr>
              <w:sdtContent>
                <w:r>
                  <w:t xml:space="preserve"> </w:t>
                </w:r>
              </w:sdtContent>
            </w:sdt>
            <w:r>
              <w:br/>
              <w:t xml:space="preserve"> </w:t>
            </w:r>
            <w:r>
              <w:br/>
              <w:t xml:space="preserve"> </w:t>
            </w:r>
          </w:p>
        </w:tc>
      </w:tr>
    </w:tbl>
    <w:p>
      <w:pPr>
        <w:spacing w:before="180" w:after="100"/>
        <w:shd w:fill="EEF4F3"/>
      </w:pPr>
      <w:r>
        <w:rPr>
          <w:b/>
          <w:color w:val="24465C"/>
          <w:sz w:val="28"/>
        </w:rPr>
        <w:t>Family History</w:t>
      </w:r>
    </w:p>
    <w:p>
      <w:pPr>
        <w:spacing w:before="80" w:after="40"/>
      </w:pPr>
      <w:r>
        <w:rPr>
          <w:b/>
          <w:sz w:val="19"/>
        </w:rPr>
        <w:t>17. Who was in your family of origin? How many siblings did you have, including stepfamilies, foster families, etc.?</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17"/>
                <w:tag w:val="Q17"/>
                <w:text w:multiLine="1"/>
              </w:sdtPr>
              <w:sdtContent>
                <w:r>
                  <w:t xml:space="preserve"> </w:t>
                </w:r>
              </w:sdtContent>
            </w:sdt>
            <w:r>
              <w:br/>
              <w:t xml:space="preserve"> </w:t>
            </w:r>
          </w:p>
        </w:tc>
      </w:tr>
    </w:tbl>
    <w:p>
      <w:pPr>
        <w:spacing w:before="80" w:after="40"/>
      </w:pPr>
      <w:r>
        <w:rPr>
          <w:b/>
          <w:sz w:val="19"/>
        </w:rPr>
        <w:t>18. Where were you in the birth order? What role did you play in your family (for example: peacemaker, caretaker, rebel, scapegoat)?</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18"/>
                <w:tag w:val="Q18"/>
                <w:text w:multiLine="1"/>
              </w:sdtPr>
              <w:sdtContent>
                <w:r>
                  <w:t xml:space="preserve"> </w:t>
                </w:r>
              </w:sdtContent>
            </w:sdt>
            <w:r>
              <w:br/>
              <w:t xml:space="preserve"> </w:t>
            </w:r>
          </w:p>
        </w:tc>
      </w:tr>
    </w:tbl>
    <w:p>
      <w:pPr>
        <w:spacing w:before="80" w:after="40"/>
      </w:pPr>
      <w:r>
        <w:rPr>
          <w:b/>
          <w:sz w:val="19"/>
        </w:rPr>
        <w:t>19. What was it like growing up in your family? How did you feel being with your family (seen/not seen, validated/not validated, loved/not loved)? What were the strengths and stresses of your family? What was the family dynamic?</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19"/>
                <w:tag w:val="Q19"/>
                <w:text w:multiLine="1"/>
              </w:sdtPr>
              <w:sdtContent>
                <w:r>
                  <w:t xml:space="preserve"> </w:t>
                </w:r>
              </w:sdtContent>
            </w:sdt>
            <w:r>
              <w:br/>
              <w:t xml:space="preserve"> </w:t>
            </w:r>
            <w:r>
              <w:br/>
              <w:t xml:space="preserve"> </w:t>
            </w:r>
            <w:r>
              <w:br/>
              <w:t xml:space="preserve"> </w:t>
            </w:r>
          </w:p>
        </w:tc>
      </w:tr>
    </w:tbl>
    <w:p>
      <w:pPr>
        <w:spacing w:before="80" w:after="40"/>
      </w:pPr>
      <w:r>
        <w:rPr>
          <w:b/>
          <w:sz w:val="19"/>
        </w:rPr>
        <w:t>20. How did your family handle issues around finances and money?</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20"/>
                <w:tag w:val="Q20"/>
                <w:text w:multiLine="1"/>
              </w:sdtPr>
              <w:sdtContent>
                <w:r>
                  <w:t xml:space="preserve"> </w:t>
                </w:r>
              </w:sdtContent>
            </w:sdt>
            <w:r>
              <w:br/>
              <w:t xml:space="preserve"> </w:t>
            </w:r>
          </w:p>
        </w:tc>
      </w:tr>
    </w:tbl>
    <w:p>
      <w:pPr>
        <w:spacing w:before="80" w:after="40"/>
      </w:pPr>
      <w:r>
        <w:rPr>
          <w:b/>
          <w:sz w:val="19"/>
        </w:rPr>
        <w:t>21. What role did culture and religion play in your upbringing and identity? Is this still part of your identity today?</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21"/>
                <w:tag w:val="Q21"/>
                <w:text w:multiLine="1"/>
              </w:sdtPr>
              <w:sdtContent>
                <w:r>
                  <w:t xml:space="preserve"> </w:t>
                </w:r>
              </w:sdtContent>
            </w:sdt>
            <w:r>
              <w:br/>
              <w:t xml:space="preserve"> </w:t>
            </w:r>
            <w:r>
              <w:br/>
              <w:t xml:space="preserve"> </w:t>
            </w:r>
          </w:p>
        </w:tc>
      </w:tr>
    </w:tbl>
    <w:p>
      <w:pPr>
        <w:spacing w:before="80" w:after="40"/>
      </w:pPr>
      <w:r>
        <w:rPr>
          <w:b/>
          <w:sz w:val="19"/>
        </w:rPr>
        <w:t>22. Describe each of your parents' personalities and your relationship to them when you were growing up.</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22"/>
                <w:tag w:val="Q22"/>
                <w:text w:multiLine="1"/>
              </w:sdtPr>
              <w:sdtContent>
                <w:r>
                  <w:t xml:space="preserve"> </w:t>
                </w:r>
              </w:sdtContent>
            </w:sdt>
            <w:r>
              <w:br/>
              <w:t xml:space="preserve"> </w:t>
            </w:r>
            <w:r>
              <w:br/>
              <w:t xml:space="preserve"> </w:t>
            </w:r>
            <w:r>
              <w:br/>
              <w:t xml:space="preserve"> </w:t>
            </w:r>
          </w:p>
        </w:tc>
      </w:tr>
    </w:tbl>
    <w:p>
      <w:pPr>
        <w:spacing w:before="80" w:after="40"/>
      </w:pPr>
      <w:r>
        <w:rPr>
          <w:b/>
          <w:sz w:val="19"/>
        </w:rPr>
        <w:t>23. How did you see conflict resolved in your family of origin, between the children and between the adults?</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23"/>
                <w:tag w:val="Q23"/>
                <w:text w:multiLine="1"/>
              </w:sdtPr>
              <w:sdtContent>
                <w:r>
                  <w:t xml:space="preserve"> </w:t>
                </w:r>
              </w:sdtContent>
            </w:sdt>
            <w:r>
              <w:br/>
              <w:t xml:space="preserve"> </w:t>
            </w:r>
            <w:r>
              <w:br/>
              <w:t xml:space="preserve"> </w:t>
            </w:r>
          </w:p>
        </w:tc>
      </w:tr>
    </w:tbl>
    <w:p>
      <w:pPr>
        <w:spacing w:before="80" w:after="40"/>
      </w:pPr>
      <w:r>
        <w:rPr>
          <w:b/>
          <w:sz w:val="19"/>
        </w:rPr>
        <w:t>24. How was affection shown to the children and between the adults (words, physical, actions, gifts)?</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24"/>
                <w:tag w:val="Q24"/>
                <w:text w:multiLine="1"/>
              </w:sdtPr>
              <w:sdtContent>
                <w:r>
                  <w:t xml:space="preserve"> </w:t>
                </w:r>
              </w:sdtContent>
            </w:sdt>
            <w:r>
              <w:br/>
              <w:t xml:space="preserve"> </w:t>
            </w:r>
            <w:r>
              <w:br/>
              <w:t xml:space="preserve"> </w:t>
            </w:r>
          </w:p>
        </w:tc>
      </w:tr>
    </w:tbl>
    <w:p>
      <w:pPr>
        <w:spacing w:before="80" w:after="40"/>
      </w:pPr>
      <w:r>
        <w:rPr>
          <w:b/>
          <w:sz w:val="19"/>
        </w:rPr>
        <w:t>25. How old were you when you left home and why?</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25"/>
                <w:tag w:val="Q25"/>
                <w:text w:multiLine="1"/>
              </w:sdtPr>
              <w:sdtContent>
                <w:r>
                  <w:t xml:space="preserve"> </w:t>
                </w:r>
              </w:sdtContent>
            </w:sdt>
            <w:r>
              <w:br/>
              <w:t xml:space="preserve"> </w:t>
            </w:r>
          </w:p>
        </w:tc>
      </w:tr>
    </w:tbl>
    <w:p>
      <w:pPr>
        <w:spacing w:before="80" w:after="40"/>
      </w:pPr>
      <w:r>
        <w:rPr>
          <w:b/>
          <w:sz w:val="19"/>
        </w:rPr>
        <w:t>26. Are your parents still living? If not, how old were you when they died?</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26"/>
                <w:tag w:val="Q26"/>
                <w:text w:multiLine="1"/>
              </w:sdtPr>
              <w:sdtContent>
                <w:r>
                  <w:t xml:space="preserve"> </w:t>
                </w:r>
              </w:sdtContent>
            </w:sdt>
            <w:r>
              <w:br/>
              <w:t xml:space="preserve"> </w:t>
            </w:r>
          </w:p>
        </w:tc>
      </w:tr>
    </w:tbl>
    <w:p>
      <w:pPr>
        <w:spacing w:before="80" w:after="40"/>
      </w:pPr>
      <w:r>
        <w:rPr>
          <w:b/>
          <w:sz w:val="19"/>
        </w:rPr>
        <w:t>27. How does your life today mirror the relationship and patterns you experienced as a child?</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27"/>
                <w:tag w:val="Q27"/>
                <w:text w:multiLine="1"/>
              </w:sdtPr>
              <w:sdtContent>
                <w:r>
                  <w:t xml:space="preserve"> </w:t>
                </w:r>
              </w:sdtContent>
            </w:sdt>
            <w:r>
              <w:br/>
              <w:t xml:space="preserve"> </w:t>
            </w:r>
            <w:r>
              <w:br/>
              <w:t xml:space="preserve"> </w:t>
            </w:r>
          </w:p>
        </w:tc>
      </w:tr>
    </w:tbl>
    <w:p>
      <w:pPr>
        <w:spacing w:before="180" w:after="100"/>
        <w:shd w:fill="EEF4F3"/>
      </w:pPr>
      <w:r>
        <w:rPr>
          <w:b/>
          <w:color w:val="24465C"/>
          <w:sz w:val="28"/>
        </w:rPr>
        <w:t>Social and Sexual Development</w:t>
      </w:r>
    </w:p>
    <w:p>
      <w:pPr>
        <w:spacing w:before="80" w:after="40"/>
      </w:pPr>
      <w:r>
        <w:rPr>
          <w:b/>
          <w:sz w:val="19"/>
        </w:rPr>
        <w:t>28. What was it like being in school, including relationships with peers and teachers? How did you feel being a student? What role did you play among your friends when you were younger?</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28"/>
                <w:tag w:val="Q28"/>
                <w:text w:multiLine="1"/>
              </w:sdtPr>
              <w:sdtContent>
                <w:r>
                  <w:t xml:space="preserve"> </w:t>
                </w:r>
              </w:sdtContent>
            </w:sdt>
            <w:r>
              <w:br/>
              <w:t xml:space="preserve"> </w:t>
            </w:r>
            <w:r>
              <w:br/>
              <w:t xml:space="preserve"> </w:t>
            </w:r>
          </w:p>
        </w:tc>
      </w:tr>
    </w:tbl>
    <w:p>
      <w:pPr>
        <w:spacing w:before="80" w:after="40"/>
      </w:pPr>
      <w:r>
        <w:rPr>
          <w:b/>
          <w:sz w:val="19"/>
        </w:rPr>
        <w:t>29. What do you remember about your sexual education?</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29"/>
                <w:tag w:val="Q29"/>
                <w:text w:multiLine="1"/>
              </w:sdtPr>
              <w:sdtContent>
                <w:r>
                  <w:t xml:space="preserve"> </w:t>
                </w:r>
              </w:sdtContent>
            </w:sdt>
            <w:r>
              <w:br/>
              <w:t xml:space="preserve"> </w:t>
            </w:r>
          </w:p>
        </w:tc>
      </w:tr>
    </w:tbl>
    <w:p>
      <w:pPr>
        <w:spacing w:before="80" w:after="40"/>
      </w:pPr>
      <w:r>
        <w:rPr>
          <w:b/>
          <w:sz w:val="19"/>
        </w:rPr>
        <w:t>30. How old were you when you had your first sexual experience?</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30"/>
                <w:tag w:val="Q30"/>
                <w:text w:multiLine="1"/>
              </w:sdtPr>
              <w:sdtContent>
                <w:r>
                  <w:t xml:space="preserve"> </w:t>
                </w:r>
              </w:sdtContent>
            </w:sdt>
          </w:p>
        </w:tc>
      </w:tr>
    </w:tbl>
    <w:p>
      <w:pPr>
        <w:spacing w:before="80" w:after="40"/>
      </w:pPr>
      <w:r>
        <w:rPr>
          <w:b/>
          <w:sz w:val="19"/>
        </w:rPr>
        <w:t>31. What is your sexual orientation?</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31"/>
                <w:tag w:val="Q31"/>
                <w:text w:multiLine="1"/>
              </w:sdtPr>
              <w:sdtContent>
                <w:r>
                  <w:t xml:space="preserve"> </w:t>
                </w:r>
              </w:sdtContent>
            </w:sdt>
          </w:p>
        </w:tc>
      </w:tr>
    </w:tbl>
    <w:p>
      <w:pPr>
        <w:spacing w:before="80" w:after="40"/>
      </w:pPr>
      <w:r>
        <w:rPr>
          <w:b/>
          <w:color w:val="A43A3A"/>
          <w:sz w:val="19"/>
        </w:rPr>
        <w:t>32. Have you ever been sexually abused or touched in a way that you didn't like?</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32"/>
                <w:tag w:val="Q32"/>
                <w:text w:multiLine="1"/>
              </w:sdtPr>
              <w:sdtContent>
                <w:r>
                  <w:t xml:space="preserve"> </w:t>
                </w:r>
              </w:sdtContent>
            </w:sdt>
            <w:r>
              <w:br/>
              <w:t xml:space="preserve"> </w:t>
            </w:r>
          </w:p>
        </w:tc>
      </w:tr>
    </w:tbl>
    <w:p>
      <w:pPr>
        <w:spacing w:before="80" w:after="40"/>
      </w:pPr>
      <w:r>
        <w:rPr>
          <w:b/>
          <w:sz w:val="19"/>
        </w:rPr>
        <w:t>33. Do you have a satisfactory sexual life now?</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33"/>
                <w:tag w:val="Q33"/>
                <w:text w:multiLine="1"/>
              </w:sdtPr>
              <w:sdtContent>
                <w:r>
                  <w:t xml:space="preserve"> </w:t>
                </w:r>
              </w:sdtContent>
            </w:sdt>
            <w:r>
              <w:br/>
              <w:t xml:space="preserve"> </w:t>
            </w:r>
          </w:p>
        </w:tc>
      </w:tr>
    </w:tbl>
    <w:p>
      <w:pPr>
        <w:spacing w:before="180" w:after="100"/>
        <w:shd w:fill="EEF4F3"/>
      </w:pPr>
      <w:r>
        <w:rPr>
          <w:b/>
          <w:color w:val="24465C"/>
          <w:sz w:val="28"/>
        </w:rPr>
        <w:t>Current Health, Lifestyle and Habits</w:t>
      </w:r>
    </w:p>
    <w:p>
      <w:pPr>
        <w:spacing w:before="80" w:after="40"/>
      </w:pPr>
      <w:r>
        <w:rPr>
          <w:b/>
          <w:sz w:val="19"/>
        </w:rPr>
        <w:t>34a(i). When was the last time you had a full physical completed with your family doctor? (It is highly recommended that you book one if it has been more than one year.)</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34AI"/>
                <w:tag w:val="Q34AI"/>
                <w:text w:multiLine="1"/>
              </w:sdtPr>
              <w:sdtContent>
                <w:r>
                  <w:t xml:space="preserve"> </w:t>
                </w:r>
              </w:sdtContent>
            </w:sdt>
            <w:r>
              <w:br/>
              <w:t xml:space="preserve"> </w:t>
            </w:r>
          </w:p>
        </w:tc>
      </w:tr>
    </w:tbl>
    <w:p>
      <w:pPr>
        <w:spacing w:before="80" w:after="40"/>
      </w:pPr>
      <w:r>
        <w:rPr>
          <w:b/>
          <w:color w:val="A43A3A"/>
          <w:sz w:val="19"/>
        </w:rPr>
        <w:t>34a(ii-v). What medications are you currently taking? What are they prescribed for, how long have you taken them, and what past medications have you taken?</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34MEDS"/>
                <w:tag w:val="Q34MEDS"/>
                <w:text w:multiLine="1"/>
              </w:sdtPr>
              <w:sdtContent>
                <w:r>
                  <w:t xml:space="preserve"> </w:t>
                </w:r>
              </w:sdtContent>
            </w:sdt>
            <w:r>
              <w:br/>
              <w:t xml:space="preserve"> </w:t>
            </w:r>
            <w:r>
              <w:br/>
              <w:t xml:space="preserve"> </w:t>
            </w:r>
            <w:r>
              <w:br/>
              <w:t xml:space="preserve"> </w:t>
            </w:r>
          </w:p>
        </w:tc>
      </w:tr>
    </w:tbl>
    <w:p>
      <w:r>
        <w:rPr>
          <w:b/>
          <w:color w:val="A43A3A"/>
        </w:rPr>
        <w:t>34b. Have you ever experienced any of the following? A formal diagnosis is not required. Please also consider tendencies or recurring patterns.</w:t>
      </w:r>
    </w:p>
    <w:tbl>
      <w:tblPr>
        <w:tblW w:type="auto" w:w="0"/>
        <w:jc w:val="center"/>
        <w:tblLook w:firstColumn="1" w:firstRow="1" w:lastColumn="0" w:lastRow="0" w:noHBand="0" w:noVBand="1" w:val="04A0"/>
      </w:tblPr>
      <w:tblGrid>
        <w:gridCol w:w="5184"/>
        <w:gridCol w:w="5184"/>
      </w:tblGrid>
      <w:tr>
        <w:tc>
          <w:tcPr>
            <w:tcW w:type="dxa" w:w="5184"/>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1769531469"/>
                <w:alias w:val="Checkbox 12"/>
                <w:tag w:val="CHECKBOX_12"/>
                <w14:checkbox>
                  <w14:checked w14:val="0"/>
                  <w14:checkedState w14:val="2612" w14:font="MS Gothic"/>
                  <w14:uncheckedState w14:val="2610" w14:font="MS Gothic"/>
                </w14:checkbox>
              </w:sdtPr>
              <w:sdtContent>
                <w:r>
                  <w:t>☐</w:t>
                </w:r>
              </w:sdtContent>
            </w:sdt>
            <w:r>
              <w:t> </w:t>
            </w:r>
            <w:r>
              <w:t>Depression / overwhelming sadness / grief</w:t>
            </w:r>
          </w:p>
        </w:tc>
        <w:tc>
          <w:tcPr>
            <w:tcW w:type="dxa" w:w="5184"/>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1310732574"/>
                <w:alias w:val="Checkbox 13"/>
                <w:tag w:val="CHECKBOX_13"/>
                <w14:checkbox>
                  <w14:checked w14:val="0"/>
                  <w14:checkedState w14:val="2612" w14:font="MS Gothic"/>
                  <w14:uncheckedState w14:val="2610" w14:font="MS Gothic"/>
                </w14:checkbox>
              </w:sdtPr>
              <w:sdtContent>
                <w:r>
                  <w:t>☐</w:t>
                </w:r>
              </w:sdtContent>
            </w:sdt>
            <w:r>
              <w:t> </w:t>
            </w:r>
            <w:r>
              <w:t>Anxiety / panic attacks / phobias</w:t>
            </w:r>
          </w:p>
        </w:tc>
      </w:tr>
      <w:tr>
        <w:tc>
          <w:tcPr>
            <w:tcW w:type="dxa" w:w="5184"/>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1830073100"/>
                <w:alias w:val="Checkbox 14"/>
                <w:tag w:val="CHECKBOX_14"/>
                <w14:checkbox>
                  <w14:checked w14:val="0"/>
                  <w14:checkedState w14:val="2612" w14:font="MS Gothic"/>
                  <w14:uncheckedState w14:val="2610" w14:font="MS Gothic"/>
                </w14:checkbox>
              </w:sdtPr>
              <w:sdtContent>
                <w:r>
                  <w:t>☐</w:t>
                </w:r>
              </w:sdtContent>
            </w:sdt>
            <w:r>
              <w:t> </w:t>
            </w:r>
            <w:r>
              <w:t>PTSD</w:t>
            </w:r>
          </w:p>
        </w:tc>
        <w:tc>
          <w:tcPr>
            <w:tcW w:type="dxa" w:w="5184"/>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778949433"/>
                <w:alias w:val="Checkbox 15"/>
                <w:tag w:val="CHECKBOX_15"/>
                <w14:checkbox>
                  <w14:checked w14:val="0"/>
                  <w14:checkedState w14:val="2612" w14:font="MS Gothic"/>
                  <w14:uncheckedState w14:val="2610" w14:font="MS Gothic"/>
                </w14:checkbox>
              </w:sdtPr>
              <w:sdtContent>
                <w:r>
                  <w:t>☐</w:t>
                </w:r>
              </w:sdtContent>
            </w:sdt>
            <w:r>
              <w:t> </w:t>
            </w:r>
            <w:r>
              <w:t>Bipolar disorder</w:t>
            </w:r>
          </w:p>
        </w:tc>
      </w:tr>
      <w:tr>
        <w:tc>
          <w:tcPr>
            <w:tcW w:type="dxa" w:w="5184"/>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1824971892"/>
                <w:alias w:val="Checkbox 16"/>
                <w:tag w:val="CHECKBOX_16"/>
                <w14:checkbox>
                  <w14:checked w14:val="0"/>
                  <w14:checkedState w14:val="2612" w14:font="MS Gothic"/>
                  <w14:uncheckedState w14:val="2610" w14:font="MS Gothic"/>
                </w14:checkbox>
              </w:sdtPr>
              <w:sdtContent>
                <w:r>
                  <w:t>☐</w:t>
                </w:r>
              </w:sdtContent>
            </w:sdt>
            <w:r>
              <w:t> </w:t>
            </w:r>
            <w:r>
              <w:t>Borderline Personality Disorder</w:t>
            </w:r>
          </w:p>
        </w:tc>
        <w:tc>
          <w:tcPr>
            <w:tcW w:type="dxa" w:w="5184"/>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669041369"/>
                <w:alias w:val="Checkbox 17"/>
                <w:tag w:val="CHECKBOX_17"/>
                <w14:checkbox>
                  <w14:checked w14:val="0"/>
                  <w14:checkedState w14:val="2612" w14:font="MS Gothic"/>
                  <w14:uncheckedState w14:val="2610" w14:font="MS Gothic"/>
                </w14:checkbox>
              </w:sdtPr>
              <w:sdtContent>
                <w:r>
                  <w:t>☐</w:t>
                </w:r>
              </w:sdtContent>
            </w:sdt>
            <w:r>
              <w:t> </w:t>
            </w:r>
            <w:r>
              <w:t>Other Personality Disorder</w:t>
            </w:r>
          </w:p>
        </w:tc>
      </w:tr>
      <w:tr>
        <w:tc>
          <w:tcPr>
            <w:tcW w:type="dxa" w:w="5184"/>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244369788"/>
                <w:alias w:val="Checkbox 18"/>
                <w:tag w:val="CHECKBOX_18"/>
                <w14:checkbox>
                  <w14:checked w14:val="0"/>
                  <w14:checkedState w14:val="2612" w14:font="MS Gothic"/>
                  <w14:uncheckedState w14:val="2610" w14:font="MS Gothic"/>
                </w14:checkbox>
              </w:sdtPr>
              <w:sdtContent>
                <w:r>
                  <w:t>☐</w:t>
                </w:r>
              </w:sdtContent>
            </w:sdt>
            <w:r>
              <w:t> </w:t>
            </w:r>
            <w:r>
              <w:t>Obsessive Compulsive Disorder</w:t>
            </w:r>
          </w:p>
        </w:tc>
        <w:tc>
          <w:tcPr>
            <w:tcW w:type="dxa" w:w="5184"/>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94956605"/>
                <w:alias w:val="Checkbox 19"/>
                <w:tag w:val="CHECKBOX_19"/>
                <w14:checkbox>
                  <w14:checked w14:val="0"/>
                  <w14:checkedState w14:val="2612" w14:font="MS Gothic"/>
                  <w14:uncheckedState w14:val="2610" w14:font="MS Gothic"/>
                </w14:checkbox>
              </w:sdtPr>
              <w:sdtContent>
                <w:r>
                  <w:t>☐</w:t>
                </w:r>
              </w:sdtContent>
            </w:sdt>
            <w:r>
              <w:t> </w:t>
            </w:r>
            <w:r>
              <w:t>Psychosis</w:t>
            </w:r>
          </w:p>
        </w:tc>
      </w:tr>
      <w:tr>
        <w:tc>
          <w:tcPr>
            <w:tcW w:type="dxa" w:w="5184"/>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183617943"/>
                <w:alias w:val="Checkbox 20"/>
                <w:tag w:val="CHECKBOX_20"/>
                <w14:checkbox>
                  <w14:checked w14:val="0"/>
                  <w14:checkedState w14:val="2612" w14:font="MS Gothic"/>
                  <w14:uncheckedState w14:val="2610" w14:font="MS Gothic"/>
                </w14:checkbox>
              </w:sdtPr>
              <w:sdtContent>
                <w:r>
                  <w:t>☐</w:t>
                </w:r>
              </w:sdtContent>
            </w:sdt>
            <w:r>
              <w:t> </w:t>
            </w:r>
            <w:r>
              <w:t>Spiritual crisis</w:t>
            </w:r>
          </w:p>
        </w:tc>
        <w:tc>
          <w:tcPr>
            <w:tcW w:type="dxa" w:w="5184"/>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1572929872"/>
                <w:alias w:val="Checkbox 21"/>
                <w:tag w:val="CHECKBOX_21"/>
                <w14:checkbox>
                  <w14:checked w14:val="0"/>
                  <w14:checkedState w14:val="2612" w14:font="MS Gothic"/>
                  <w14:uncheckedState w14:val="2610" w14:font="MS Gothic"/>
                </w14:checkbox>
              </w:sdtPr>
              <w:sdtContent>
                <w:r>
                  <w:t>☐</w:t>
                </w:r>
              </w:sdtContent>
            </w:sdt>
            <w:r>
              <w:t> </w:t>
            </w:r>
            <w:r>
              <w:t>Schizophrenia</w:t>
            </w:r>
          </w:p>
        </w:tc>
      </w:tr>
      <w:tr>
        <w:tc>
          <w:tcPr>
            <w:tcW w:type="dxa" w:w="5184"/>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409561564"/>
                <w:alias w:val="Checkbox 22"/>
                <w:tag w:val="CHECKBOX_22"/>
                <w14:checkbox>
                  <w14:checked w14:val="0"/>
                  <w14:checkedState w14:val="2612" w14:font="MS Gothic"/>
                  <w14:uncheckedState w14:val="2610" w14:font="MS Gothic"/>
                </w14:checkbox>
              </w:sdtPr>
              <w:sdtContent>
                <w:r>
                  <w:t>☐</w:t>
                </w:r>
              </w:sdtContent>
            </w:sdt>
            <w:r>
              <w:t> </w:t>
            </w:r>
            <w:r>
              <w:t>Trauma / abuse (emotional, physical, sexual)</w:t>
            </w:r>
          </w:p>
        </w:tc>
        <w:tc>
          <w:tcPr>
            <w:tcW w:type="dxa" w:w="5184"/>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1840274179"/>
                <w:alias w:val="Checkbox 23"/>
                <w:tag w:val="CHECKBOX_23"/>
                <w14:checkbox>
                  <w14:checked w14:val="0"/>
                  <w14:checkedState w14:val="2612" w14:font="MS Gothic"/>
                  <w14:uncheckedState w14:val="2610" w14:font="MS Gothic"/>
                </w14:checkbox>
              </w:sdtPr>
              <w:sdtContent>
                <w:r>
                  <w:t>☐</w:t>
                </w:r>
              </w:sdtContent>
            </w:sdt>
            <w:r>
              <w:t> </w:t>
            </w:r>
            <w:r>
              <w:t>Chronic pain</w:t>
            </w:r>
          </w:p>
        </w:tc>
      </w:tr>
    </w:tbl>
    <w:p>
      <w:pPr>
        <w:spacing w:before="80" w:after="40"/>
      </w:pPr>
      <w:r>
        <w:rPr>
          <w:b/>
          <w:color w:val="A43A3A"/>
          <w:sz w:val="19"/>
        </w:rPr>
        <w:t>34b(i). Please provide any relevant details about items checked above.</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34B"/>
                <w:tag w:val="Q34B"/>
                <w:text w:multiLine="1"/>
              </w:sdtPr>
              <w:sdtContent>
                <w:r>
                  <w:t xml:space="preserve"> </w:t>
                </w:r>
              </w:sdtContent>
            </w:sdt>
            <w:r>
              <w:br/>
              <w:t xml:space="preserve"> </w:t>
            </w:r>
            <w:r>
              <w:br/>
              <w:t xml:space="preserve"> </w:t>
            </w:r>
          </w:p>
        </w:tc>
      </w:tr>
    </w:tbl>
    <w:p>
      <w:pPr>
        <w:spacing w:before="80" w:after="40"/>
      </w:pPr>
      <w:r>
        <w:rPr>
          <w:b/>
          <w:sz w:val="19"/>
        </w:rPr>
        <w:t>35. Do you have any difficulty trusting yourself, others, or life? How often do you experience fear? Please describe any anxieties.</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35"/>
                <w:tag w:val="Q35"/>
                <w:text w:multiLine="1"/>
              </w:sdtPr>
              <w:sdtContent>
                <w:r>
                  <w:t xml:space="preserve"> </w:t>
                </w:r>
              </w:sdtContent>
            </w:sdt>
            <w:r>
              <w:br/>
              <w:t xml:space="preserve"> </w:t>
            </w:r>
            <w:r>
              <w:br/>
              <w:t xml:space="preserve"> </w:t>
            </w:r>
            <w:r>
              <w:br/>
              <w:t xml:space="preserve"> </w:t>
            </w:r>
          </w:p>
        </w:tc>
      </w:tr>
    </w:tbl>
    <w:p>
      <w:r>
        <w:rPr>
          <w:b/>
        </w:rPr>
        <w:t>36. Do you or have you had a problem with anything from the following list that has negatively impacted your life physically, mentally, socially, or financially? Check all that apply.</w:t>
      </w:r>
    </w:p>
    <w:tbl>
      <w:tblPr>
        <w:tblW w:type="auto" w:w="0"/>
        <w:jc w:val="center"/>
        <w:tblLook w:firstColumn="1" w:firstRow="1" w:lastColumn="0" w:lastRow="0" w:noHBand="0" w:noVBand="1" w:val="04A0"/>
      </w:tblPr>
      <w:tblGrid>
        <w:gridCol w:w="3456"/>
        <w:gridCol w:w="3456"/>
        <w:gridCol w:w="3456"/>
      </w:tblGrid>
      <w:tr>
        <w:tc>
          <w:tcPr>
            <w:tcW w:type="dxa" w:w="3456"/>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1020560106"/>
                <w:alias w:val="Checkbox 24"/>
                <w:tag w:val="CHECKBOX_24"/>
                <w14:checkbox>
                  <w14:checked w14:val="0"/>
                  <w14:checkedState w14:val="2612" w14:font="MS Gothic"/>
                  <w14:uncheckedState w14:val="2610" w14:font="MS Gothic"/>
                </w14:checkbox>
              </w:sdtPr>
              <w:sdtContent>
                <w:r>
                  <w:t>☐</w:t>
                </w:r>
              </w:sdtContent>
            </w:sdt>
            <w:r>
              <w:t> </w:t>
            </w:r>
            <w:r>
              <w:t>Alcohol</w:t>
            </w:r>
          </w:p>
        </w:tc>
        <w:tc>
          <w:tcPr>
            <w:tcW w:type="dxa" w:w="3456"/>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699789834"/>
                <w:alias w:val="Checkbox 25"/>
                <w:tag w:val="CHECKBOX_25"/>
                <w14:checkbox>
                  <w14:checked w14:val="0"/>
                  <w14:checkedState w14:val="2612" w14:font="MS Gothic"/>
                  <w14:uncheckedState w14:val="2610" w14:font="MS Gothic"/>
                </w14:checkbox>
              </w:sdtPr>
              <w:sdtContent>
                <w:r>
                  <w:t>☐</w:t>
                </w:r>
              </w:sdtContent>
            </w:sdt>
            <w:r>
              <w:t> </w:t>
            </w:r>
            <w:r>
              <w:t>Drugs: illegal or prescribed</w:t>
            </w:r>
          </w:p>
        </w:tc>
        <w:tc>
          <w:tcPr>
            <w:tcW w:type="dxa" w:w="3456"/>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1475434237"/>
                <w:alias w:val="Checkbox 26"/>
                <w:tag w:val="CHECKBOX_26"/>
                <w14:checkbox>
                  <w14:checked w14:val="0"/>
                  <w14:checkedState w14:val="2612" w14:font="MS Gothic"/>
                  <w14:uncheckedState w14:val="2610" w14:font="MS Gothic"/>
                </w14:checkbox>
              </w:sdtPr>
              <w:sdtContent>
                <w:r>
                  <w:t>☐</w:t>
                </w:r>
              </w:sdtContent>
            </w:sdt>
            <w:r>
              <w:t> </w:t>
            </w:r>
            <w:r>
              <w:t>Food</w:t>
            </w:r>
          </w:p>
        </w:tc>
      </w:tr>
      <w:tr>
        <w:tc>
          <w:tcPr>
            <w:tcW w:type="dxa" w:w="3456"/>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56421350"/>
                <w:alias w:val="Checkbox 27"/>
                <w:tag w:val="CHECKBOX_27"/>
                <w14:checkbox>
                  <w14:checked w14:val="0"/>
                  <w14:checkedState w14:val="2612" w14:font="MS Gothic"/>
                  <w14:uncheckedState w14:val="2610" w14:font="MS Gothic"/>
                </w14:checkbox>
              </w:sdtPr>
              <w:sdtContent>
                <w:r>
                  <w:t>☐</w:t>
                </w:r>
              </w:sdtContent>
            </w:sdt>
            <w:r>
              <w:t> </w:t>
            </w:r>
            <w:r>
              <w:t>Smoking</w:t>
            </w:r>
          </w:p>
        </w:tc>
        <w:tc>
          <w:tcPr>
            <w:tcW w:type="dxa" w:w="3456"/>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1401271005"/>
                <w:alias w:val="Checkbox 28"/>
                <w:tag w:val="CHECKBOX_28"/>
                <w14:checkbox>
                  <w14:checked w14:val="0"/>
                  <w14:checkedState w14:val="2612" w14:font="MS Gothic"/>
                  <w14:uncheckedState w14:val="2610" w14:font="MS Gothic"/>
                </w14:checkbox>
              </w:sdtPr>
              <w:sdtContent>
                <w:r>
                  <w:t>☐</w:t>
                </w:r>
              </w:sdtContent>
            </w:sdt>
            <w:r>
              <w:t> </w:t>
            </w:r>
            <w:r>
              <w:t>Shopping (including online)</w:t>
            </w:r>
          </w:p>
        </w:tc>
        <w:tc>
          <w:tcPr>
            <w:tcW w:type="dxa" w:w="3456"/>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772121904"/>
                <w:alias w:val="Checkbox 29"/>
                <w:tag w:val="CHECKBOX_29"/>
                <w14:checkbox>
                  <w14:checked w14:val="0"/>
                  <w14:checkedState w14:val="2612" w14:font="MS Gothic"/>
                  <w14:uncheckedState w14:val="2610" w14:font="MS Gothic"/>
                </w14:checkbox>
              </w:sdtPr>
              <w:sdtContent>
                <w:r>
                  <w:t>☐</w:t>
                </w:r>
              </w:sdtContent>
            </w:sdt>
            <w:r>
              <w:t> </w:t>
            </w:r>
            <w:r>
              <w:t>Sex</w:t>
            </w:r>
          </w:p>
        </w:tc>
      </w:tr>
      <w:tr>
        <w:tc>
          <w:tcPr>
            <w:tcW w:type="dxa" w:w="3456"/>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337712298"/>
                <w:alias w:val="Checkbox 30"/>
                <w:tag w:val="CHECKBOX_30"/>
                <w14:checkbox>
                  <w14:checked w14:val="0"/>
                  <w14:checkedState w14:val="2612" w14:font="MS Gothic"/>
                  <w14:uncheckedState w14:val="2610" w14:font="MS Gothic"/>
                </w14:checkbox>
              </w:sdtPr>
              <w:sdtContent>
                <w:r>
                  <w:t>☐</w:t>
                </w:r>
              </w:sdtContent>
            </w:sdt>
            <w:r>
              <w:t> </w:t>
            </w:r>
            <w:r>
              <w:t>Internet</w:t>
            </w:r>
          </w:p>
        </w:tc>
        <w:tc>
          <w:tcPr>
            <w:tcW w:type="dxa" w:w="3456"/>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1731649635"/>
                <w:alias w:val="Checkbox 31"/>
                <w:tag w:val="CHECKBOX_31"/>
                <w14:checkbox>
                  <w14:checked w14:val="0"/>
                  <w14:checkedState w14:val="2612" w14:font="MS Gothic"/>
                  <w14:uncheckedState w14:val="2610" w14:font="MS Gothic"/>
                </w14:checkbox>
              </w:sdtPr>
              <w:sdtContent>
                <w:r>
                  <w:t>☐</w:t>
                </w:r>
              </w:sdtContent>
            </w:sdt>
            <w:r>
              <w:t> </w:t>
            </w:r>
            <w:r>
              <w:t>TV</w:t>
            </w:r>
          </w:p>
        </w:tc>
        <w:tc>
          <w:tcPr>
            <w:tcW w:type="dxa" w:w="3456"/>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206649276"/>
                <w:alias w:val="Checkbox 32"/>
                <w:tag w:val="CHECKBOX_32"/>
                <w14:checkbox>
                  <w14:checked w14:val="0"/>
                  <w14:checkedState w14:val="2612" w14:font="MS Gothic"/>
                  <w14:uncheckedState w14:val="2610" w14:font="MS Gothic"/>
                </w14:checkbox>
              </w:sdtPr>
              <w:sdtContent>
                <w:r>
                  <w:t>☐</w:t>
                </w:r>
              </w:sdtContent>
            </w:sdt>
            <w:r>
              <w:t> </w:t>
            </w:r>
            <w:r>
              <w:t>Pornography</w:t>
            </w:r>
          </w:p>
        </w:tc>
      </w:tr>
      <w:tr>
        <w:tc>
          <w:tcPr>
            <w:tcW w:type="dxa" w:w="3456"/>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1026656012"/>
                <w:alias w:val="Checkbox 33"/>
                <w:tag w:val="CHECKBOX_33"/>
                <w14:checkbox>
                  <w14:checked w14:val="0"/>
                  <w14:checkedState w14:val="2612" w14:font="MS Gothic"/>
                  <w14:uncheckedState w14:val="2610" w14:font="MS Gothic"/>
                </w14:checkbox>
              </w:sdtPr>
              <w:sdtContent>
                <w:r>
                  <w:t>☐</w:t>
                </w:r>
              </w:sdtContent>
            </w:sdt>
            <w:r>
              <w:t> </w:t>
            </w:r>
            <w:r>
              <w:t>Exercising</w:t>
            </w:r>
          </w:p>
        </w:tc>
        <w:tc>
          <w:tcPr>
            <w:tcW w:type="dxa" w:w="3456"/>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1365881980"/>
                <w:alias w:val="Checkbox 34"/>
                <w:tag w:val="CHECKBOX_34"/>
                <w14:checkbox>
                  <w14:checked w14:val="0"/>
                  <w14:checkedState w14:val="2612" w14:font="MS Gothic"/>
                  <w14:uncheckedState w14:val="2610" w14:font="MS Gothic"/>
                </w14:checkbox>
              </w:sdtPr>
              <w:sdtContent>
                <w:r>
                  <w:t>☐</w:t>
                </w:r>
              </w:sdtContent>
            </w:sdt>
            <w:r>
              <w:t> </w:t>
            </w:r>
            <w:r>
              <w:t>Cosmetic surgeries</w:t>
            </w:r>
          </w:p>
        </w:tc>
        <w:tc>
          <w:tcPr>
            <w:tcW w:type="dxa" w:w="3456"/>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1209068411"/>
                <w:alias w:val="Checkbox 35"/>
                <w:tag w:val="CHECKBOX_35"/>
                <w14:checkbox>
                  <w14:checked w14:val="0"/>
                  <w14:checkedState w14:val="2612" w14:font="MS Gothic"/>
                  <w14:uncheckedState w14:val="2610" w14:font="MS Gothic"/>
                </w14:checkbox>
              </w:sdtPr>
              <w:sdtContent>
                <w:r>
                  <w:t>☐</w:t>
                </w:r>
              </w:sdtContent>
            </w:sdt>
            <w:r>
              <w:t> </w:t>
            </w:r>
            <w:r>
              <w:t>Gambling</w:t>
            </w:r>
          </w:p>
        </w:tc>
      </w:tr>
      <w:tr>
        <w:tc>
          <w:tcPr>
            <w:tcW w:type="dxa" w:w="3456"/>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1029644939"/>
                <w:alias w:val="Checkbox 36"/>
                <w:tag w:val="CHECKBOX_36"/>
                <w14:checkbox>
                  <w14:checked w14:val="0"/>
                  <w14:checkedState w14:val="2612" w14:font="MS Gothic"/>
                  <w14:uncheckedState w14:val="2610" w14:font="MS Gothic"/>
                </w14:checkbox>
              </w:sdtPr>
              <w:sdtContent>
                <w:r>
                  <w:t>☐</w:t>
                </w:r>
              </w:sdtContent>
            </w:sdt>
            <w:r>
              <w:t> </w:t>
            </w:r>
            <w:r>
              <w:t>Relationship / Love</w:t>
            </w:r>
          </w:p>
        </w:tc>
        <w:tc>
          <w:tcPr>
            <w:tcW w:type="dxa" w:w="3456"/>
          </w:tcPr>
          <w:p/>
        </w:tc>
        <w:tc>
          <w:tcPr>
            <w:tcW w:type="dxa" w:w="3456"/>
          </w:tcPr>
          <w:p/>
        </w:tc>
      </w:tr>
    </w:tbl>
    <w:p>
      <w:pPr>
        <w:spacing w:before="80" w:after="40"/>
      </w:pPr>
      <w:r>
        <w:rPr>
          <w:b/>
          <w:sz w:val="19"/>
        </w:rPr>
        <w:t>36a. Please expand on any items checked above.</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36"/>
                <w:tag w:val="Q36"/>
                <w:text w:multiLine="1"/>
              </w:sdtPr>
              <w:sdtContent>
                <w:r>
                  <w:t xml:space="preserve"> </w:t>
                </w:r>
              </w:sdtContent>
            </w:sdt>
            <w:r>
              <w:br/>
              <w:t xml:space="preserve"> </w:t>
            </w:r>
            <w:r>
              <w:br/>
              <w:t xml:space="preserve"> </w:t>
            </w:r>
          </w:p>
        </w:tc>
      </w:tr>
    </w:tbl>
    <w:p>
      <w:r>
        <w:rPr>
          <w:b/>
          <w:color w:val="A43A3A"/>
        </w:rPr>
        <w:t>37. Do you now, or have you ever, experienced any of the following? Check all that apply.</w:t>
      </w:r>
    </w:p>
    <w:tbl>
      <w:tblPr>
        <w:tblW w:type="auto" w:w="0"/>
        <w:jc w:val="center"/>
        <w:tblLook w:firstColumn="1" w:firstRow="1" w:lastColumn="0" w:lastRow="0" w:noHBand="0" w:noVBand="1" w:val="04A0"/>
      </w:tblPr>
      <w:tblGrid>
        <w:gridCol w:w="5184"/>
        <w:gridCol w:w="5184"/>
      </w:tblGrid>
      <w:tr>
        <w:tc>
          <w:tcPr>
            <w:tcW w:type="dxa" w:w="5184"/>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1628083422"/>
                <w:alias w:val="Checkbox 37"/>
                <w:tag w:val="CHECKBOX_37"/>
                <w14:checkbox>
                  <w14:checked w14:val="0"/>
                  <w14:checkedState w14:val="2612" w14:font="MS Gothic"/>
                  <w14:uncheckedState w14:val="2610" w14:font="MS Gothic"/>
                </w14:checkbox>
              </w:sdtPr>
              <w:sdtContent>
                <w:r>
                  <w:t>☐</w:t>
                </w:r>
              </w:sdtContent>
            </w:sdt>
            <w:r>
              <w:t> </w:t>
            </w:r>
            <w:r>
              <w:t>Disliked your body shape/size</w:t>
            </w:r>
          </w:p>
        </w:tc>
        <w:tc>
          <w:tcPr>
            <w:tcW w:type="dxa" w:w="5184"/>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1031308004"/>
                <w:alias w:val="Checkbox 38"/>
                <w:tag w:val="CHECKBOX_38"/>
                <w14:checkbox>
                  <w14:checked w14:val="0"/>
                  <w14:checkedState w14:val="2612" w14:font="MS Gothic"/>
                  <w14:uncheckedState w14:val="2610" w14:font="MS Gothic"/>
                </w14:checkbox>
              </w:sdtPr>
              <w:sdtContent>
                <w:r>
                  <w:t>☐</w:t>
                </w:r>
              </w:sdtContent>
            </w:sdt>
            <w:r>
              <w:t> </w:t>
            </w:r>
            <w:r>
              <w:t>Eating or overeating when emotional</w:t>
            </w:r>
          </w:p>
        </w:tc>
      </w:tr>
      <w:tr>
        <w:tc>
          <w:tcPr>
            <w:tcW w:type="dxa" w:w="5184"/>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574886563"/>
                <w:alias w:val="Checkbox 39"/>
                <w:tag w:val="CHECKBOX_39"/>
                <w14:checkbox>
                  <w14:checked w14:val="0"/>
                  <w14:checkedState w14:val="2612" w14:font="MS Gothic"/>
                  <w14:uncheckedState w14:val="2610" w14:font="MS Gothic"/>
                </w14:checkbox>
              </w:sdtPr>
              <w:sdtContent>
                <w:r>
                  <w:t>☐</w:t>
                </w:r>
              </w:sdtContent>
            </w:sdt>
            <w:r>
              <w:t> </w:t>
            </w:r>
            <w:r>
              <w:t>Overeating and then purging by vomiting, exercise, laxatives or diuretics</w:t>
            </w:r>
          </w:p>
        </w:tc>
        <w:tc>
          <w:tcPr>
            <w:tcW w:type="dxa" w:w="5184"/>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169279701"/>
                <w:alias w:val="Checkbox 40"/>
                <w:tag w:val="CHECKBOX_40"/>
                <w14:checkbox>
                  <w14:checked w14:val="0"/>
                  <w14:checkedState w14:val="2612" w14:font="MS Gothic"/>
                  <w14:uncheckedState w14:val="2610" w14:font="MS Gothic"/>
                </w14:checkbox>
              </w:sdtPr>
              <w:sdtContent>
                <w:r>
                  <w:t>☐</w:t>
                </w:r>
              </w:sdtContent>
            </w:sdt>
            <w:r>
              <w:t> </w:t>
            </w:r>
            <w:r>
              <w:t>Stopped eating or deprived yourself of food to achieve a different body</w:t>
            </w:r>
          </w:p>
        </w:tc>
      </w:tr>
      <w:tr>
        <w:tc>
          <w:tcPr>
            <w:tcW w:type="dxa" w:w="5184"/>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1564664449"/>
                <w:alias w:val="Checkbox 41"/>
                <w:tag w:val="CHECKBOX_41"/>
                <w14:checkbox>
                  <w14:checked w14:val="0"/>
                  <w14:checkedState w14:val="2612" w14:font="MS Gothic"/>
                  <w14:uncheckedState w14:val="2610" w14:font="MS Gothic"/>
                </w14:checkbox>
              </w:sdtPr>
              <w:sdtContent>
                <w:r>
                  <w:t>☐</w:t>
                </w:r>
              </w:sdtContent>
            </w:sdt>
            <w:r>
              <w:t> </w:t>
            </w:r>
            <w:r>
              <w:t>Fear of certain foods or a preoccupation with food causing illness</w:t>
            </w:r>
          </w:p>
        </w:tc>
        <w:tc>
          <w:tcPr>
            <w:tcW w:type="dxa" w:w="5184"/>
            <w:shd w:fill="F7F9F8"/>
            <w:tcBorders>
              <w:top w:val="single" w:sz="6" w:color="C7D3D0"/>
              <w:left w:val="single" w:sz="6" w:color="C7D3D0"/>
              <w:bottom w:val="single" w:sz="6" w:color="C7D3D0"/>
              <w:right w:val="single" w:sz="6" w:color="C7D3D0"/>
              <w:insideH w:val="single" w:sz="6" w:color="C7D3D0"/>
              <w:insideV w:val="single" w:sz="6" w:color="C7D3D0"/>
            </w:tcBorders>
            <w:tcMar>
              <w:top w:w="60" w:type="dxa"/>
              <w:start w:w="100" w:type="dxa"/>
              <w:bottom w:w="60" w:type="dxa"/>
              <w:end w:w="100" w:type="dxa"/>
            </w:tcMar>
          </w:tcPr>
          <w:p>
            <w:r>
              <w:rPr>
                <w:b/>
              </w:rPr>
              <w:t xml:space="preserve"/>
            </w:r>
            <w:sdt>
              <w:sdtPr>
                <w:id w:val="660885753"/>
                <w:alias w:val="Checkbox 42"/>
                <w:tag w:val="CHECKBOX_42"/>
                <w14:checkbox>
                  <w14:checked w14:val="0"/>
                  <w14:checkedState w14:val="2612" w14:font="MS Gothic"/>
                  <w14:uncheckedState w14:val="2610" w14:font="MS Gothic"/>
                </w14:checkbox>
              </w:sdtPr>
              <w:sdtContent>
                <w:r>
                  <w:t>☐</w:t>
                </w:r>
              </w:sdtContent>
            </w:sdt>
            <w:r>
              <w:t> </w:t>
            </w:r>
            <w:r>
              <w:t>Ever medically diagnosed or treated for an eating disorder</w:t>
            </w:r>
          </w:p>
        </w:tc>
      </w:tr>
    </w:tbl>
    <w:p>
      <w:pPr>
        <w:spacing w:before="80" w:after="40"/>
      </w:pPr>
      <w:r>
        <w:rPr>
          <w:b/>
          <w:color w:val="A43A3A"/>
          <w:sz w:val="19"/>
        </w:rPr>
        <w:t>37a. Please provide any relevant details about items checked above.</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37"/>
                <w:tag w:val="Q37"/>
                <w:text w:multiLine="1"/>
              </w:sdtPr>
              <w:sdtContent>
                <w:r>
                  <w:t xml:space="preserve"> </w:t>
                </w:r>
              </w:sdtContent>
            </w:sdt>
            <w:r>
              <w:br/>
              <w:t xml:space="preserve"> </w:t>
            </w:r>
            <w:r>
              <w:br/>
              <w:t xml:space="preserve"> </w:t>
            </w:r>
          </w:p>
        </w:tc>
      </w:tr>
    </w:tbl>
    <w:p>
      <w:pPr>
        <w:spacing w:before="80" w:after="40"/>
      </w:pPr>
      <w:r>
        <w:rPr>
          <w:b/>
          <w:sz w:val="19"/>
        </w:rPr>
        <w:t>38. Have you had any past arrests, warrants, charges or suits against you? Are you currently involved in any type of legal dispute or action, either initiated by or against you?</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38"/>
                <w:tag w:val="Q38"/>
                <w:text w:multiLine="1"/>
              </w:sdtPr>
              <w:sdtContent>
                <w:r>
                  <w:t xml:space="preserve"> </w:t>
                </w:r>
              </w:sdtContent>
            </w:sdt>
            <w:r>
              <w:br/>
              <w:t xml:space="preserve"> </w:t>
            </w:r>
            <w:r>
              <w:br/>
              <w:t xml:space="preserve"> </w:t>
            </w:r>
          </w:p>
        </w:tc>
      </w:tr>
    </w:tbl>
    <w:p>
      <w:pPr>
        <w:spacing w:before="180" w:after="100"/>
        <w:shd w:fill="EEF4F3"/>
      </w:pPr>
      <w:r>
        <w:rPr>
          <w:b/>
          <w:color w:val="24465C"/>
          <w:sz w:val="28"/>
        </w:rPr>
        <w:t>Intentions and Additional Information</w:t>
      </w:r>
    </w:p>
    <w:p>
      <w:pPr>
        <w:spacing w:before="80" w:after="40"/>
      </w:pPr>
      <w:r>
        <w:rPr>
          <w:b/>
          <w:sz w:val="19"/>
        </w:rPr>
        <w:t>39. What are your intentions for treatment? Can you prioritize these for me?</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39"/>
                <w:tag w:val="Q39"/>
                <w:text w:multiLine="1"/>
              </w:sdtPr>
              <w:sdtContent>
                <w:r>
                  <w:t xml:space="preserve"> </w:t>
                </w:r>
              </w:sdtContent>
            </w:sdt>
            <w:r>
              <w:br/>
              <w:t xml:space="preserve"> </w:t>
            </w:r>
            <w:r>
              <w:br/>
              <w:t xml:space="preserve"> </w:t>
            </w:r>
            <w:r>
              <w:br/>
              <w:t xml:space="preserve"> </w:t>
            </w:r>
          </w:p>
        </w:tc>
      </w:tr>
    </w:tbl>
    <w:p>
      <w:pPr>
        <w:spacing w:before="80" w:after="40"/>
      </w:pPr>
      <w:r>
        <w:rPr>
          <w:b/>
          <w:sz w:val="19"/>
        </w:rPr>
        <w:t>40. Having reviewed your life history in this way, have you gained any insight or understanding of the story behind the problems you began talking about today?</w:t>
      </w:r>
    </w:p>
    <w:tbl>
      <w:tblPr>
        <w:tblW w:type="auto" w:w="0"/>
        <w:jc w:val="center"/>
        <w:tblLook w:firstColumn="1" w:firstRow="1" w:lastColumn="0" w:lastRow="0" w:noHBand="0" w:noVBand="1" w:val="04A0"/>
      </w:tblPr>
      <w:tblGrid>
        <w:gridCol w:w="10368"/>
      </w:tblGrid>
      <w:tr>
        <w:tc>
          <w:tcPr>
            <w:tcW w:type="dxa" w:w="10368"/>
            <w:shd w:fill="FFFFFF"/>
            <w:tcBorders>
              <w:top w:val="single" w:sz="6" w:color="C7D3D0"/>
              <w:left w:val="single" w:sz="6" w:color="C7D3D0"/>
              <w:bottom w:val="single" w:sz="6" w:color="C7D3D0"/>
              <w:right w:val="single" w:sz="6" w:color="C7D3D0"/>
              <w:insideH w:val="single" w:sz="6" w:color="C7D3D0"/>
              <w:insideV w:val="single" w:sz="6" w:color="C7D3D0"/>
            </w:tcBorders>
            <w:tcMar>
              <w:top w:w="90" w:type="dxa"/>
              <w:start w:w="100" w:type="dxa"/>
              <w:bottom w:w="90" w:type="dxa"/>
              <w:end w:w="100" w:type="dxa"/>
            </w:tcMar>
          </w:tcPr>
          <w:p>
            <w:sdt>
              <w:sdtPr>
                <w:alias w:val="Q40"/>
                <w:tag w:val="Q40"/>
                <w:text w:multiLine="1"/>
              </w:sdtPr>
              <w:sdtContent>
                <w:r>
                  <w:t xml:space="preserve"> </w:t>
                </w:r>
              </w:sdtContent>
            </w:sdt>
            <w:r>
              <w:br/>
              <w:t xml:space="preserve"> </w:t>
            </w:r>
            <w:r>
              <w:br/>
              <w:t xml:space="preserve"> </w:t>
            </w:r>
            <w:r>
              <w:br/>
              <w:t xml:space="preserve"> </w:t>
            </w:r>
          </w:p>
        </w:tc>
      </w:tr>
    </w:tbl>
    <w:p>
      <w:pPr>
        <w:spacing w:before="180" w:after="100"/>
        <w:shd w:fill="EEF4F3"/>
      </w:pPr>
      <w:r>
        <w:rPr>
          <w:b/>
          <w:color w:val="24465C"/>
          <w:sz w:val="28"/>
        </w:rPr>
        <w:t>Consent</w:t>
      </w:r>
    </w:p>
    <w:p>
      <w:r>
        <w:rPr>
          <w:b/>
        </w:rPr>
        <w:t xml:space="preserve"/>
      </w:r>
      <w:sdt>
        <w:sdtPr>
          <w:id w:val="1034589813"/>
          <w:alias w:val="Checkbox 43"/>
          <w:tag w:val="CHECKBOX_43"/>
          <w14:checkbox>
            <w14:checked w14:val="0"/>
            <w14:checkedState w14:val="2612" w14:font="MS Gothic"/>
            <w14:uncheckedState w14:val="2610" w14:font="MS Gothic"/>
          </w14:checkbox>
        </w:sdtPr>
        <w:sdtContent>
          <w:r>
            <w:t>☐</w:t>
          </w:r>
        </w:sdtContent>
      </w:sdt>
      <w:r>
        <w:t> </w:t>
      </w:r>
      <w:r>
        <w:t>I understand that this document will only be shared with the team working with me to help in my treatment. My information will be kept confidential.</w:t>
      </w:r>
    </w:p>
    <w:p>
      <w:r>
        <w:rPr>
          <w:b/>
        </w:rPr>
        <w:t xml:space="preserve"/>
      </w:r>
      <w:sdt>
        <w:sdtPr>
          <w:id w:val="937686849"/>
          <w:alias w:val="Checkbox 44"/>
          <w:tag w:val="CHECKBOX_44"/>
          <w14:checkbox>
            <w14:checked w14:val="0"/>
            <w14:checkedState w14:val="2612" w14:font="MS Gothic"/>
            <w14:uncheckedState w14:val="2610" w14:font="MS Gothic"/>
          </w14:checkbox>
        </w:sdtPr>
        <w:sdtContent>
          <w:r>
            <w:t>☐</w:t>
          </w:r>
        </w:sdtContent>
      </w:sdt>
      <w:r>
        <w:t> </w:t>
      </w:r>
      <w:r>
        <w:t>All of the information I have provided is accurate to the best of my knowledge. I give my consent to release this information to a small team working on my behalf.</w:t>
      </w:r>
    </w:p>
    <w:p>
      <w:r>
        <w:rPr>
          <w:b/>
        </w:rPr>
        <w:t xml:space="preserve"/>
      </w:r>
      <w:sdt>
        <w:sdtPr>
          <w:id w:val="720296465"/>
          <w:alias w:val="Checkbox 45"/>
          <w:tag w:val="CHECKBOX_45"/>
          <w14:checkbox>
            <w14:checked w14:val="0"/>
            <w14:checkedState w14:val="2612" w14:font="MS Gothic"/>
            <w14:uncheckedState w14:val="2610" w14:font="MS Gothic"/>
          </w14:checkbox>
        </w:sdtPr>
        <w:sdtContent>
          <w:r>
            <w:t>☐</w:t>
          </w:r>
        </w:sdtContent>
      </w:sdt>
      <w:r>
        <w:t> </w:t>
      </w:r>
      <w:r>
        <w:t>I also consent to have the audio of my treatment session recorded. The recordings are used for integration purposes. A copy of the audio file will be sent to me a few days after treatment.</w:t>
      </w:r>
    </w:p>
    <w:tbl>
      <w:tblPr>
        <w:tblW w:type="auto" w:w="0"/>
        <w:jc w:val="center"/>
        <w:tblLayout w:type="fixed"/>
        <w:tblLook w:firstColumn="1" w:firstRow="1" w:lastColumn="0" w:lastRow="0" w:noHBand="0" w:noVBand="1" w:val="04A0"/>
      </w:tblPr>
      <w:tblGrid>
        <w:gridCol w:w="10368"/>
      </w:tblGrid>
      <w:tr>
        <w:tc>
          <w:tcPr>
            <w:tcW w:type="dxa" w:w="10080"/>
            <w:shd w:fill="F7F9F8"/>
            <w:tcBorders>
              <w:top w:val="single" w:sz="6" w:color="C7D3D0"/>
              <w:left w:val="single" w:sz="6" w:color="C7D3D0"/>
              <w:bottom w:val="single" w:sz="6" w:color="C7D3D0"/>
              <w:right w:val="single" w:sz="6" w:color="C7D3D0"/>
              <w:insideH w:val="single" w:sz="6" w:color="C7D3D0"/>
              <w:insideV w:val="single" w:sz="6" w:color="C7D3D0"/>
            </w:tcBorders>
            <w:tcMar>
              <w:top w:w="80" w:type="dxa"/>
              <w:start w:w="100" w:type="dxa"/>
              <w:bottom w:w="80" w:type="dxa"/>
              <w:end w:w="100" w:type="dxa"/>
            </w:tcMar>
          </w:tcPr>
          <w:p>
            <w:r>
              <w:rPr>
                <w:b/>
                <w:color w:val="5B6570"/>
                <w:sz w:val="17"/>
              </w:rPr>
              <w:t>Signature / Typed Name</w:t>
              <w:br/>
            </w:r>
            <w:sdt>
              <w:sdtPr>
                <w:alias w:val="SIGNATURE"/>
                <w:tag w:val="SIGNATURE"/>
                <w:text/>
              </w:sdtPr>
              <w:sdtContent>
                <w:r>
                  <w:t xml:space="preserve"> </w:t>
                </w:r>
              </w:sdtContent>
            </w:sdt>
          </w:p>
        </w:tc>
      </w:tr>
      <w:tr>
        <w:tc>
          <w:tcPr>
            <w:tcW w:type="dxa" w:w="10080"/>
            <w:shd w:fill="F7F9F8"/>
            <w:tcBorders>
              <w:top w:val="single" w:sz="6" w:color="C7D3D0"/>
              <w:left w:val="single" w:sz="6" w:color="C7D3D0"/>
              <w:bottom w:val="single" w:sz="6" w:color="C7D3D0"/>
              <w:right w:val="single" w:sz="6" w:color="C7D3D0"/>
              <w:insideH w:val="single" w:sz="6" w:color="C7D3D0"/>
              <w:insideV w:val="single" w:sz="6" w:color="C7D3D0"/>
            </w:tcBorders>
            <w:tcMar>
              <w:top w:w="80" w:type="dxa"/>
              <w:start w:w="100" w:type="dxa"/>
              <w:bottom w:w="80" w:type="dxa"/>
              <w:end w:w="100" w:type="dxa"/>
            </w:tcMar>
          </w:tcPr>
          <w:p>
            <w:r>
              <w:rPr>
                <w:b/>
                <w:color w:val="5B6570"/>
                <w:sz w:val="17"/>
              </w:rPr>
              <w:t>Print Name</w:t>
              <w:br/>
            </w:r>
            <w:sdt>
              <w:sdtPr>
                <w:alias w:val="PRINT_NAME"/>
                <w:tag w:val="PRINT_NAME"/>
                <w:text/>
              </w:sdtPr>
              <w:sdtContent>
                <w:r>
                  <w:t xml:space="preserve"> </w:t>
                </w:r>
              </w:sdtContent>
            </w:sdt>
          </w:p>
        </w:tc>
      </w:tr>
      <w:tr>
        <w:tc>
          <w:tcPr>
            <w:tcW w:type="dxa" w:w="10080"/>
            <w:shd w:fill="F7F9F8"/>
            <w:tcBorders>
              <w:top w:val="single" w:sz="6" w:color="C7D3D0"/>
              <w:left w:val="single" w:sz="6" w:color="C7D3D0"/>
              <w:bottom w:val="single" w:sz="6" w:color="C7D3D0"/>
              <w:right w:val="single" w:sz="6" w:color="C7D3D0"/>
              <w:insideH w:val="single" w:sz="6" w:color="C7D3D0"/>
              <w:insideV w:val="single" w:sz="6" w:color="C7D3D0"/>
            </w:tcBorders>
            <w:tcMar>
              <w:top w:w="80" w:type="dxa"/>
              <w:start w:w="100" w:type="dxa"/>
              <w:bottom w:w="80" w:type="dxa"/>
              <w:end w:w="100" w:type="dxa"/>
            </w:tcMar>
          </w:tcPr>
          <w:p>
            <w:r>
              <w:rPr>
                <w:b/>
                <w:color w:val="5B6570"/>
                <w:sz w:val="17"/>
              </w:rPr>
              <w:t>Date</w:t>
              <w:br/>
            </w:r>
            <w:sdt>
              <w:sdtPr>
                <w:alias w:val="SIGN_DATE"/>
                <w:tag w:val="SIGN_DATE"/>
                <w:text/>
              </w:sdtPr>
              <w:sdtContent>
                <w:r>
                  <w:t xml:space="preserve"> </w:t>
                </w:r>
              </w:sdtContent>
            </w:sdt>
          </w:p>
        </w:tc>
      </w:tr>
    </w:tbl>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B6570"/>
        <w:sz w:val="15"/>
      </w:rPr>
      <w:t>Client Intake Form • Confidential</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24465C"/>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5D8A8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24465C"/>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ieldLabel">
    <w:name w:val="Field Label"/>
    <w:pPr>
      <w:spacing w:after="20"/>
    </w:pPr>
    <w:rPr>
      <w:rFonts w:ascii="Aptos" w:hAnsi="Aptos"/>
      <w:b/>
      <w:color w:val="5B6570"/>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